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539" w14:textId="77777777" w:rsidR="00760709" w:rsidRDefault="00000000">
      <w:pPr>
        <w:jc w:val="center"/>
      </w:pPr>
      <w:r>
        <w:rPr>
          <w:b/>
        </w:rPr>
        <w:t>PRIJEDLOG</w:t>
      </w:r>
    </w:p>
    <w:p w14:paraId="678D2E82" w14:textId="77777777" w:rsidR="00760709" w:rsidRDefault="00000000">
      <w:pPr>
        <w:jc w:val="both"/>
      </w:pPr>
      <w:r>
        <w:t xml:space="preserve">Na temelju članka 15. stavka 2. Zakona o javnoj nabavi („Narodne novine“, broj 120/16, 114/22 i 48/26) i članka 31. Statuta Općine Bol („Službeni glasnik Općine Bol“, broj 3/21 i 4/22), Općinsko vijeće Općine Bol, na ___. sjednici održanoj dana ___. __________ 2026. </w:t>
      </w:r>
      <w:proofErr w:type="spellStart"/>
      <w:r>
        <w:t>godine</w:t>
      </w:r>
      <w:proofErr w:type="spellEnd"/>
      <w:r>
        <w:t xml:space="preserve">, </w:t>
      </w:r>
      <w:proofErr w:type="spellStart"/>
      <w:r>
        <w:t>donosi</w:t>
      </w:r>
      <w:proofErr w:type="spellEnd"/>
    </w:p>
    <w:p w14:paraId="5759E8B3" w14:textId="77777777" w:rsidR="009555E7" w:rsidRDefault="009555E7">
      <w:pPr>
        <w:jc w:val="both"/>
      </w:pPr>
    </w:p>
    <w:p w14:paraId="2E3E10E9" w14:textId="77777777" w:rsidR="00760709" w:rsidRPr="00470CE5" w:rsidRDefault="00000000">
      <w:pPr>
        <w:pStyle w:val="NaslovAkta"/>
        <w:rPr>
          <w:bCs/>
          <w:szCs w:val="28"/>
        </w:rPr>
      </w:pPr>
      <w:r w:rsidRPr="00470CE5">
        <w:rPr>
          <w:bCs/>
          <w:szCs w:val="28"/>
        </w:rPr>
        <w:t>PRAVILNIK</w:t>
      </w:r>
    </w:p>
    <w:p w14:paraId="1E1B92C3" w14:textId="77777777" w:rsidR="00760709" w:rsidRPr="00470CE5" w:rsidRDefault="00000000">
      <w:pPr>
        <w:pStyle w:val="NaslovAkta"/>
        <w:rPr>
          <w:bCs/>
          <w:szCs w:val="28"/>
        </w:rPr>
      </w:pPr>
      <w:r w:rsidRPr="00470CE5">
        <w:rPr>
          <w:bCs/>
          <w:szCs w:val="28"/>
        </w:rPr>
        <w:t>O PROVEDBI POSTUPAKA JEDNOSTAVNE NABAVE</w:t>
      </w:r>
    </w:p>
    <w:p w14:paraId="22DA0DB2" w14:textId="77777777" w:rsidR="00760709" w:rsidRDefault="00000000">
      <w:pPr>
        <w:pStyle w:val="PodnaslovAkta"/>
        <w:rPr>
          <w:bCs/>
          <w:sz w:val="28"/>
          <w:szCs w:val="28"/>
        </w:rPr>
      </w:pPr>
      <w:r w:rsidRPr="00470CE5">
        <w:rPr>
          <w:bCs/>
          <w:sz w:val="28"/>
          <w:szCs w:val="28"/>
        </w:rPr>
        <w:t>U JEDINSTVENOM UPRAVNOM ODJELU OPĆINE BOL</w:t>
      </w:r>
    </w:p>
    <w:p w14:paraId="6A7B2036" w14:textId="77777777" w:rsidR="00470CE5" w:rsidRPr="00470CE5" w:rsidRDefault="00470CE5">
      <w:pPr>
        <w:pStyle w:val="PodnaslovAkta"/>
        <w:rPr>
          <w:bCs/>
          <w:sz w:val="28"/>
          <w:szCs w:val="28"/>
        </w:rPr>
      </w:pPr>
    </w:p>
    <w:p w14:paraId="224C2AC0" w14:textId="77777777" w:rsidR="00760709" w:rsidRDefault="00000000">
      <w:pPr>
        <w:pStyle w:val="Glava"/>
      </w:pPr>
      <w:r>
        <w:rPr>
          <w:b w:val="0"/>
        </w:rPr>
        <w:t>I. OPĆE ODREDBE</w:t>
      </w:r>
    </w:p>
    <w:p w14:paraId="5F10CD5B" w14:textId="77777777" w:rsidR="00760709" w:rsidRDefault="00000000">
      <w:pPr>
        <w:pStyle w:val="ClanakNaslov"/>
      </w:pPr>
      <w:r>
        <w:rPr>
          <w:b w:val="0"/>
        </w:rPr>
        <w:t>Predmet i svrha Pravilnika</w:t>
      </w:r>
    </w:p>
    <w:p w14:paraId="22A31273" w14:textId="77777777" w:rsidR="00760709" w:rsidRDefault="00000000">
      <w:pPr>
        <w:pStyle w:val="ClanakNaslov"/>
      </w:pPr>
      <w:r>
        <w:rPr>
          <w:b w:val="0"/>
        </w:rPr>
        <w:t>Članak 1.</w:t>
      </w:r>
    </w:p>
    <w:p w14:paraId="650778F4" w14:textId="77777777" w:rsidR="00760709" w:rsidRDefault="00000000">
      <w:pPr>
        <w:jc w:val="both"/>
      </w:pPr>
      <w:r>
        <w:t>(1) Ovim Pravilnikom o provedbi postupaka jednostavne nabave (u daljnjem tekstu: Pravilnik) uređuju se pravila, uvjeti i postupci nabave roba i usluga procijenjene vrijednosti manje od 50.000,00 eura bez PDV-a, odnosno nabave radova procijenjene vrijednosti manje od 100.000,00 eura bez PDV-a (u daljnjem tekstu: jednostavna nabava), za potrebe Općine Bol kao javnog naručitelja (u daljnjem tekstu: Naručitelj).</w:t>
      </w:r>
    </w:p>
    <w:p w14:paraId="6AB804CD" w14:textId="77777777" w:rsidR="00760709" w:rsidRDefault="00000000">
      <w:pPr>
        <w:jc w:val="both"/>
      </w:pPr>
      <w:r>
        <w:t>(2) Ovim Pravilnikom osobito se uređuje nadležnost Jedinstvenog upravnog odjela Općine Bol, odnosno osoba zaduženih za poslove javne nabave (u daljnjem tekstu: Tijelo nabave), način pokretanja i provedbe postupaka jednostavne nabave, komunikacija s gospodarskim subjektima, pravna zaštita putem prigovora, sklapanje i izmjene ugovora, izvršenje ugovora te dokumentiranje i čuvanje dokumentacije o provedenim postupcima.</w:t>
      </w:r>
    </w:p>
    <w:p w14:paraId="309D1659" w14:textId="77777777" w:rsidR="00760709" w:rsidRDefault="00000000">
      <w:pPr>
        <w:jc w:val="both"/>
      </w:pPr>
      <w:r>
        <w:t>(3) Procijenjena vrijednost jednostavne nabave iz stavka 1. ovoga članka određuje se odgovarajućom primjenom odredbi Zakona o javnoj nabavi („Narodne novine“, broj 120/16, 114/22 i 48/26; u daljnjem tekstu: Zakon).</w:t>
      </w:r>
    </w:p>
    <w:p w14:paraId="156F2110" w14:textId="77777777" w:rsidR="00760709" w:rsidRDefault="00000000">
      <w:pPr>
        <w:jc w:val="both"/>
      </w:pPr>
      <w:r>
        <w:t>(4) Svrha ovoga Pravilnika je osigurati učinkovito, transparentno, ekonomično i zakonito trošenje proračunskih sredstava Naručitelja, poticanje tržišnog natjecanja među gospodarskim subjektima, dosljednu primjenu načela javne nabave te sprječavanje sukoba interesa u postupcima jednostavne nabave.</w:t>
      </w:r>
    </w:p>
    <w:p w14:paraId="63541649" w14:textId="77777777" w:rsidR="00760709" w:rsidRDefault="00000000">
      <w:pPr>
        <w:jc w:val="both"/>
      </w:pPr>
      <w:r>
        <w:t>(5) Tijelo nabave i sve osobe uključene u pripremu, provedbu i izvršenje jednostavne nabave obvezne su primjenjivati odredbe ovoga Pravilnika poštujući načela javne nabave iz Zakona, na način koji omogućuje učinkovitu nabavu i ekonomično trošenje sredstava.</w:t>
      </w:r>
    </w:p>
    <w:p w14:paraId="2BE7E68E" w14:textId="77777777" w:rsidR="00760709" w:rsidRDefault="00000000">
      <w:pPr>
        <w:jc w:val="both"/>
      </w:pPr>
      <w:r>
        <w:t>(6) Odredbe ovoga Pravilnika ne primjenjuju se na nabave koje su izuzete od primjene Zakona sukladno odredbama toga Zakona.</w:t>
      </w:r>
    </w:p>
    <w:p w14:paraId="7A84AEF9" w14:textId="77777777" w:rsidR="00760709" w:rsidRDefault="00000000">
      <w:pPr>
        <w:jc w:val="both"/>
      </w:pPr>
      <w:r>
        <w:t>(7) Odredbe ovoga Pravilnika ne primjenjuju se na:</w:t>
      </w:r>
    </w:p>
    <w:p w14:paraId="4F397B0B" w14:textId="77777777" w:rsidR="00760709" w:rsidRDefault="00000000">
      <w:pPr>
        <w:ind w:left="340" w:hanging="170"/>
        <w:jc w:val="both"/>
      </w:pPr>
      <w:r>
        <w:t>1. plaćanja koja se izvršavaju temeljem već sklopljenih ugovora, sporazuma ili zakonskih obveza Naručitelja, a odnose se osobito na zakupnine, komunalne usluge, obvezne članarine, pristojbe i druga slična plaćanja koja proizlaze iz već preuzetih ugovornih ili zakonskih obveza;</w:t>
      </w:r>
    </w:p>
    <w:p w14:paraId="6B32471C" w14:textId="77777777" w:rsidR="00760709" w:rsidRDefault="00000000">
      <w:pPr>
        <w:ind w:left="340" w:hanging="170"/>
        <w:jc w:val="both"/>
      </w:pPr>
      <w:r>
        <w:t>2. pojedinačne nabave procijenjene vrijednosti manje ili jednake 25.000,00 eura bez PDV-a za robe i usluge, odnosno manje ili jednake 45.000,00 eura bez PDV-a za radove, koje se provode radi žurne ili neodgodive potrebe koju Naručitelj nije mogao unaprijed predvidjeti, samo ako bi provedba postupka prema ovome Pravilniku onemogućila pravodobno izvršenje obveza Naručitelja ili uzrokovala štetu u obavljanju njegove djelatnosti;</w:t>
      </w:r>
    </w:p>
    <w:p w14:paraId="02DEEF84" w14:textId="77777777" w:rsidR="00760709" w:rsidRDefault="00000000">
      <w:pPr>
        <w:ind w:left="340" w:hanging="170"/>
        <w:jc w:val="both"/>
      </w:pPr>
      <w:r>
        <w:lastRenderedPageBreak/>
        <w:t>3. plaćanje kotizacija za sudjelovanje na stručnim skupovima, konferencijama, seminarima i drugim stručnim događanjima;</w:t>
      </w:r>
    </w:p>
    <w:p w14:paraId="3D97559F" w14:textId="77777777" w:rsidR="00760709" w:rsidRDefault="00000000">
      <w:pPr>
        <w:ind w:left="340" w:hanging="170"/>
        <w:jc w:val="both"/>
      </w:pPr>
      <w:r>
        <w:t>4. troškove službenih putovanja, uključujući troškove smještaja, prijevoza i dnevnice, koji se podmiruju sukladno posebnim propisima;</w:t>
      </w:r>
    </w:p>
    <w:p w14:paraId="71BC9738" w14:textId="77777777" w:rsidR="00760709" w:rsidRDefault="00000000">
      <w:pPr>
        <w:ind w:left="340" w:hanging="170"/>
        <w:jc w:val="both"/>
      </w:pPr>
      <w:r>
        <w:t>5. pretplate na stručnu literaturu, baze podataka, časopise i elektroničke publikacije, ako se nabavljaju izravno od izdavača ili ovlaštenog distributera;</w:t>
      </w:r>
    </w:p>
    <w:p w14:paraId="6B0223BF" w14:textId="77777777" w:rsidR="00760709" w:rsidRDefault="00000000">
      <w:pPr>
        <w:ind w:left="340" w:hanging="170"/>
        <w:jc w:val="both"/>
      </w:pPr>
      <w:r>
        <w:t>6. nabavu roba, usluga ili radova od pravnih osoba nad kojima Naručitelj ostvaruje kontrolu u skladu s odredbama Zakona.</w:t>
      </w:r>
    </w:p>
    <w:p w14:paraId="4C223F83" w14:textId="77777777" w:rsidR="00760709" w:rsidRDefault="00000000">
      <w:pPr>
        <w:jc w:val="both"/>
      </w:pPr>
      <w:r>
        <w:t>(8) U slučajevima iz stavka 7. ovoga članka Naručitelj je dužan osigurati da se sredstva koriste svrsishodno i ekonomično, uz odgovarajuće dokumentiranje razloga izuzeća.</w:t>
      </w:r>
    </w:p>
    <w:p w14:paraId="58EB586F" w14:textId="77777777" w:rsidR="00760709" w:rsidRDefault="00000000">
      <w:pPr>
        <w:pStyle w:val="ClanakNaslov"/>
      </w:pPr>
      <w:r>
        <w:rPr>
          <w:b w:val="0"/>
        </w:rPr>
        <w:t>Pojmovi</w:t>
      </w:r>
    </w:p>
    <w:p w14:paraId="57AC7DFA" w14:textId="77777777" w:rsidR="00760709" w:rsidRDefault="00000000">
      <w:pPr>
        <w:pStyle w:val="ClanakNaslov"/>
      </w:pPr>
      <w:r>
        <w:rPr>
          <w:b w:val="0"/>
        </w:rPr>
        <w:t>Članak 2.</w:t>
      </w:r>
    </w:p>
    <w:p w14:paraId="0F69CFFE" w14:textId="77777777" w:rsidR="00760709" w:rsidRDefault="00000000">
      <w:pPr>
        <w:jc w:val="both"/>
      </w:pPr>
      <w:r>
        <w:t>(1) U smislu ovoga Pravilnika pojedini pojmovi imaju sljedeće značenje:</w:t>
      </w:r>
    </w:p>
    <w:p w14:paraId="695CF386" w14:textId="77777777" w:rsidR="00760709" w:rsidRDefault="00000000">
      <w:pPr>
        <w:ind w:left="340" w:hanging="170"/>
        <w:jc w:val="both"/>
      </w:pPr>
      <w:r>
        <w:t>1. EOJN RH – Elektronički oglasnik javne nabave Republike Hrvatske;</w:t>
      </w:r>
    </w:p>
    <w:p w14:paraId="2DF75AFC" w14:textId="77777777" w:rsidR="00760709" w:rsidRDefault="00000000">
      <w:pPr>
        <w:ind w:left="340" w:hanging="170"/>
        <w:jc w:val="both"/>
      </w:pPr>
      <w:r>
        <w:t>2. modul jednostavne nabave – modul EOJN RH putem kojega se provode postupci jednostavne nabave;</w:t>
      </w:r>
    </w:p>
    <w:p w14:paraId="056A4054" w14:textId="77777777" w:rsidR="00760709" w:rsidRDefault="00000000">
      <w:pPr>
        <w:ind w:left="340" w:hanging="170"/>
        <w:jc w:val="both"/>
      </w:pPr>
      <w:r>
        <w:t>3. opći akt – ovaj Pravilnik kao opći akt Naručitelja u smislu članka 15. stavka 2. Zakona;</w:t>
      </w:r>
    </w:p>
    <w:p w14:paraId="583294A1" w14:textId="77777777" w:rsidR="00760709" w:rsidRDefault="00000000">
      <w:pPr>
        <w:ind w:left="340" w:hanging="170"/>
        <w:jc w:val="both"/>
      </w:pPr>
      <w:r>
        <w:t>4. Tijelo nabave – Jedinstveni upravni odjel Općine Bol, odnosno službenik ili druga ovlaštena osoba Naručitelja zadužena za pripremu i provedbu postupaka jednostavne nabave;</w:t>
      </w:r>
    </w:p>
    <w:p w14:paraId="277CD495" w14:textId="77777777" w:rsidR="00760709" w:rsidRDefault="00000000">
      <w:pPr>
        <w:ind w:left="340" w:hanging="170"/>
        <w:jc w:val="both"/>
      </w:pPr>
      <w:r>
        <w:t>5. ovlaštene osobe Naručitelja – osobe koje provode postupak jednostavne nabave i koje, kada je to propisano Zakonom i pravilnikom kojim se uređuje izobrazba u području javne nabave, posjeduju važeći certifikat iz područja javne nabave;</w:t>
      </w:r>
    </w:p>
    <w:p w14:paraId="7AF427C6" w14:textId="77777777" w:rsidR="00760709" w:rsidRDefault="00000000">
      <w:pPr>
        <w:ind w:left="340" w:hanging="170"/>
        <w:jc w:val="both"/>
      </w:pPr>
      <w:r>
        <w:t>6. zahtjev za pokretanje nabave – zahtjev kojim se inicira pokretanje postupka jednostavne nabave;</w:t>
      </w:r>
    </w:p>
    <w:p w14:paraId="03A6DA5C" w14:textId="77777777" w:rsidR="00760709" w:rsidRDefault="00000000">
      <w:pPr>
        <w:ind w:left="340" w:hanging="170"/>
        <w:jc w:val="both"/>
      </w:pPr>
      <w:r>
        <w:t>7. nositelj potrebe – službenik, ustrojstvena jedinica ili druga osoba unutar Naručitelja koja iskazuje potrebu za nabavom roba, radova ili usluga.</w:t>
      </w:r>
    </w:p>
    <w:p w14:paraId="33139F9D" w14:textId="77777777" w:rsidR="00760709" w:rsidRDefault="00000000">
      <w:pPr>
        <w:pStyle w:val="ClanakNaslov"/>
      </w:pPr>
      <w:r>
        <w:rPr>
          <w:b w:val="0"/>
        </w:rPr>
        <w:t>Provedba postupka i ovlaštene osobe</w:t>
      </w:r>
    </w:p>
    <w:p w14:paraId="12DF199D" w14:textId="77777777" w:rsidR="00760709" w:rsidRDefault="00000000">
      <w:pPr>
        <w:pStyle w:val="ClanakNaslov"/>
      </w:pPr>
      <w:r>
        <w:rPr>
          <w:b w:val="0"/>
        </w:rPr>
        <w:t>Članak 3.</w:t>
      </w:r>
    </w:p>
    <w:p w14:paraId="13E64BC4" w14:textId="77777777" w:rsidR="00760709" w:rsidRDefault="00000000">
      <w:pPr>
        <w:jc w:val="both"/>
      </w:pPr>
      <w:r>
        <w:t>(1) Pripremu postupka jednostavne nabave obavlja nositelj potrebe u suradnji s Tijelom nabave, dok sam postupak provodi Tijelo nabave putem ovlaštenih osoba Naručitelja.</w:t>
      </w:r>
    </w:p>
    <w:p w14:paraId="04F56CBB" w14:textId="77777777" w:rsidR="00760709" w:rsidRDefault="00000000">
      <w:pPr>
        <w:jc w:val="both"/>
      </w:pPr>
      <w:r>
        <w:t>(2) Općinski načelnik posebnom odlukom imenuje ovlaštene osobe Naručitelja za provedbu postupaka jednostavne nabave, po potrebi za pojedini postupak ili na razini kalendarske godine, te određuje njihove obveze i ovlasti.</w:t>
      </w:r>
    </w:p>
    <w:p w14:paraId="56590332" w14:textId="77777777" w:rsidR="00760709" w:rsidRDefault="00000000">
      <w:pPr>
        <w:jc w:val="both"/>
      </w:pPr>
      <w:r>
        <w:t>(3) Postupak planiranja nabave roba, radova i usluga započinje iskazivanjem potreba za robom, radovima i uslugama u svrhu objedinjavanja i donošenja Plana nabave Općine Bol za tekuću kalendarsku godinu (u daljnjem tekstu: Plan nabave).</w:t>
      </w:r>
    </w:p>
    <w:p w14:paraId="2FDC7706" w14:textId="77777777" w:rsidR="00760709" w:rsidRDefault="00000000">
      <w:pPr>
        <w:pStyle w:val="ClanakNaslov"/>
      </w:pPr>
      <w:r>
        <w:rPr>
          <w:b w:val="0"/>
        </w:rPr>
        <w:t>Sprječavanje sukoba interesa</w:t>
      </w:r>
    </w:p>
    <w:p w14:paraId="37CEDD33" w14:textId="77777777" w:rsidR="00760709" w:rsidRDefault="00000000">
      <w:pPr>
        <w:pStyle w:val="ClanakNaslov"/>
      </w:pPr>
      <w:r>
        <w:rPr>
          <w:b w:val="0"/>
        </w:rPr>
        <w:t>Članak 4.</w:t>
      </w:r>
    </w:p>
    <w:p w14:paraId="1608B3F6" w14:textId="77777777" w:rsidR="00760709" w:rsidRDefault="00000000">
      <w:pPr>
        <w:jc w:val="both"/>
      </w:pPr>
      <w:r>
        <w:t>(1) Na sve postupke jednostavne nabave koji se provode na temelju ovoga Pravilnika na odgovarajući način primjenjuju se odredbe članaka 75. do 83. Zakona kojima se uređuje sprječavanje, prepoznavanje i uklanjanje sukoba interesa.</w:t>
      </w:r>
    </w:p>
    <w:p w14:paraId="66ECB450" w14:textId="77777777" w:rsidR="00760709" w:rsidRDefault="00000000">
      <w:pPr>
        <w:jc w:val="both"/>
      </w:pPr>
      <w:r>
        <w:t>(2) Predstavnici Naručitelja u smislu Zakona, kao i ovlaštene osobe Naručitelja koje sudjeluju u pripremi i provedbi postupka jednostavne nabave, dužni su potpisati izjavu o postojanju ili nepostojanju sukoba interesa s gospodarskim subjektima, kada je to primjenjivo.</w:t>
      </w:r>
    </w:p>
    <w:p w14:paraId="21CE5A00" w14:textId="77777777" w:rsidR="00760709" w:rsidRDefault="00000000">
      <w:pPr>
        <w:jc w:val="both"/>
      </w:pPr>
      <w:r>
        <w:lastRenderedPageBreak/>
        <w:t>(3) U slučaju saznanja o postojanju sukoba interesa, predstavnik Naručitelja odnosno ovlaštena osoba Naručitelja obvezna je odmah, a najkasnije prvi sljedeći radni dan nakon saznanja, izuzeti se iz pripreme ili provedbe postupka i o tome obavijestiti općinskog načelnika.</w:t>
      </w:r>
    </w:p>
    <w:p w14:paraId="045F6BEC" w14:textId="77777777" w:rsidR="00760709" w:rsidRDefault="00000000">
      <w:pPr>
        <w:jc w:val="both"/>
      </w:pPr>
      <w:r>
        <w:t>(4) Tijelo nabave vodi i ažurira popis gospodarskih subjekata s kojima je predstavnik Naručitelja u sukobu interesa te isti objavljuje na internetskim stranicama Naručitelja sukladno Zakonu.</w:t>
      </w:r>
    </w:p>
    <w:p w14:paraId="5BBBFFDE" w14:textId="77777777" w:rsidR="00760709" w:rsidRDefault="00000000">
      <w:pPr>
        <w:pStyle w:val="ClanakNaslov"/>
      </w:pPr>
      <w:r>
        <w:rPr>
          <w:b w:val="0"/>
        </w:rPr>
        <w:t>Načela javne nabave i njihova primjena</w:t>
      </w:r>
    </w:p>
    <w:p w14:paraId="5653DE42" w14:textId="77777777" w:rsidR="00760709" w:rsidRDefault="00000000">
      <w:pPr>
        <w:pStyle w:val="ClanakNaslov"/>
      </w:pPr>
      <w:r>
        <w:rPr>
          <w:b w:val="0"/>
        </w:rPr>
        <w:t>Članak 5.</w:t>
      </w:r>
    </w:p>
    <w:p w14:paraId="6A82786B" w14:textId="77777777" w:rsidR="00760709" w:rsidRDefault="00000000">
      <w:pPr>
        <w:jc w:val="both"/>
      </w:pPr>
      <w:r>
        <w:t>(1) Naručitelj je u provedbi postupaka jednostavne nabave obvezan poštivati načela javne nabave iz članka 4. Zakona, osobito načela tržišnog natjecanja, jednakog tretmana, zabrane diskriminacije, transparentnosti i razmjernosti.</w:t>
      </w:r>
    </w:p>
    <w:p w14:paraId="2A529709" w14:textId="77777777" w:rsidR="00760709" w:rsidRDefault="00000000">
      <w:pPr>
        <w:jc w:val="both"/>
      </w:pPr>
      <w:r>
        <w:t>(2) Načelo tržišnog natjecanja primjenjuje se na način da Naručitelj, kad god je to moguće i razumno s obzirom na predmet nabave, osigurava sudjelovanje većeg broja gospodarskih subjekata, osobito upućivanjem poziva za dostavu ponuda većem broju gospodarskih subjekata, javnom objavom postupka kada je to propisano ovim Pravilnikom te izbjegavanjem neopravdanih tehničkih specifikacija ili uvjeta koji bi mogli ograničiti tržišno natjecanje.</w:t>
      </w:r>
    </w:p>
    <w:p w14:paraId="3D78F8E8" w14:textId="77777777" w:rsidR="00760709" w:rsidRDefault="00000000">
      <w:pPr>
        <w:jc w:val="both"/>
      </w:pPr>
      <w:r>
        <w:t>(3) Načelo jednakog tretmana i zabrane diskriminacije primjenjuje se na način da Naručitelj svim gospodarskim subjektima osigurava jednake uvjete sudjelovanja u postupku, dostavlja iste informacije svim zainteresiranim gospodarskim subjektima te izbjegava tehničke specifikacije ili uvjete koji neopravdano pogoduju određenom gospodarskom subjektu.</w:t>
      </w:r>
    </w:p>
    <w:p w14:paraId="64F19E71" w14:textId="77777777" w:rsidR="00760709" w:rsidRDefault="00000000">
      <w:pPr>
        <w:jc w:val="both"/>
      </w:pPr>
      <w:r>
        <w:t>(4) Načelo transparentnosti primjenjuje se osiguravanjem jasnoće i dostupnosti informacija o postupku jednostavne nabave, osobito kroz jasno definiranje predmeta nabave i uvjeta postupka u pozivu za dostavu ponuda, pravodobno davanje pojašnjenja ili dopuna dokumentacije, dokumentiranje svih radnji u postupku te javnu objavu postupaka kada je to propisano ovim Pravilnikom.</w:t>
      </w:r>
    </w:p>
    <w:p w14:paraId="24583DCD" w14:textId="77777777" w:rsidR="00760709" w:rsidRDefault="00000000">
      <w:pPr>
        <w:jc w:val="both"/>
      </w:pPr>
      <w:r>
        <w:t>(5) Ako Naručitelj tijekom postupka jednostavne nabave izmijeni ili dopuni uvjete postupka ili dokumentaciju o nabavi na način koji može utjecati na pripremu ponuda, dužan je pravodobno obavijestiti sve gospodarske subjekte koji sudjeluju u postupku te, prema potrebi, produljiti rok za dostavu ponuda.</w:t>
      </w:r>
    </w:p>
    <w:p w14:paraId="6847B8C3" w14:textId="77777777" w:rsidR="00760709" w:rsidRDefault="00000000">
      <w:pPr>
        <w:jc w:val="both"/>
      </w:pPr>
      <w:r>
        <w:t>(6) Načelo razmjernosti primjenjuje se na način da uvjeti sposobnosti gospodarskih subjekata, tehničke specifikacije, rokovi i drugi zahtjevi budu razmjerni predmetu nabave, procijenjenoj vrijednosti i složenosti nabave te da ne predstavljaju neopravdanu prepreku tržišnom natjecanju.</w:t>
      </w:r>
    </w:p>
    <w:p w14:paraId="22880222" w14:textId="77777777" w:rsidR="00760709" w:rsidRDefault="00000000">
      <w:pPr>
        <w:jc w:val="both"/>
      </w:pPr>
      <w:r>
        <w:t>(7) Naručitelj je obvezan planirati i provoditi nabavu na način kojim se sprječava neopravdano dijeljenje predmeta nabave s ciljem izbjegavanja primjene Zakona ili odredbi ovoga Pravilnika.</w:t>
      </w:r>
    </w:p>
    <w:p w14:paraId="56C69E67" w14:textId="77777777" w:rsidR="00760709" w:rsidRDefault="00000000">
      <w:pPr>
        <w:jc w:val="both"/>
      </w:pPr>
      <w:r>
        <w:t>(8) Sve radnje u postupku jednostavne nabave moraju biti primjereno dokumentirane, uključujući osobito: zahtjev za pokretanje nabave, istraživanje tržišta, poziv za dostavu ponuda, zaprimljene ponude, pojašnjenja i dopune dokumentacije, zapisnik o pregledu i ocjeni ponuda te odluku o odabiru ili poništenju postupka.</w:t>
      </w:r>
    </w:p>
    <w:p w14:paraId="1CB7BD45" w14:textId="77777777" w:rsidR="00760709" w:rsidRDefault="00000000">
      <w:pPr>
        <w:jc w:val="both"/>
      </w:pPr>
      <w:r>
        <w:t xml:space="preserve">(9) Osobe koje sudjeluju u pripremi i provedbi postupaka jednostavne nabave dužne su postupati zakonito, nepristrano i profesionalno te su odgovorne za zakonito, transparentno i učinkovito provođenje postupaka u </w:t>
      </w:r>
      <w:proofErr w:type="spellStart"/>
      <w:r>
        <w:t>skladu</w:t>
      </w:r>
      <w:proofErr w:type="spellEnd"/>
      <w:r>
        <w:t xml:space="preserve"> </w:t>
      </w:r>
      <w:proofErr w:type="spellStart"/>
      <w:r>
        <w:t>sa</w:t>
      </w:r>
      <w:proofErr w:type="spellEnd"/>
      <w:r>
        <w:t xml:space="preserve"> </w:t>
      </w:r>
      <w:proofErr w:type="spellStart"/>
      <w:r>
        <w:t>Zakonom</w:t>
      </w:r>
      <w:proofErr w:type="spellEnd"/>
      <w:r>
        <w:t xml:space="preserve"> </w:t>
      </w:r>
      <w:proofErr w:type="spellStart"/>
      <w:r>
        <w:t>i</w:t>
      </w:r>
      <w:proofErr w:type="spellEnd"/>
      <w:r>
        <w:t xml:space="preserve"> </w:t>
      </w:r>
      <w:proofErr w:type="spellStart"/>
      <w:r>
        <w:t>ovim</w:t>
      </w:r>
      <w:proofErr w:type="spellEnd"/>
      <w:r>
        <w:t xml:space="preserve"> </w:t>
      </w:r>
      <w:proofErr w:type="spellStart"/>
      <w:r>
        <w:t>Pravilnikom</w:t>
      </w:r>
      <w:proofErr w:type="spellEnd"/>
      <w:r>
        <w:t>.</w:t>
      </w:r>
    </w:p>
    <w:p w14:paraId="71B485AD" w14:textId="77777777" w:rsidR="00470CE5" w:rsidRDefault="00470CE5">
      <w:pPr>
        <w:jc w:val="both"/>
      </w:pPr>
    </w:p>
    <w:p w14:paraId="4FE4D077" w14:textId="77777777" w:rsidR="00760709" w:rsidRDefault="00000000">
      <w:pPr>
        <w:pStyle w:val="Glava"/>
      </w:pPr>
      <w:r>
        <w:t>II. VRSTE I PROVEDBA POSTUPAKA JEDNOSTAVNE NABAVE</w:t>
      </w:r>
    </w:p>
    <w:p w14:paraId="181E3B40" w14:textId="77777777" w:rsidR="00760709" w:rsidRDefault="00000000">
      <w:pPr>
        <w:pStyle w:val="ClanakNaslov"/>
      </w:pPr>
      <w:r>
        <w:t>Vrste postupaka jednostavne nabave</w:t>
      </w:r>
    </w:p>
    <w:p w14:paraId="5AD3CDCE" w14:textId="77777777" w:rsidR="00760709" w:rsidRDefault="00000000">
      <w:pPr>
        <w:pStyle w:val="ClanakNaslov"/>
      </w:pPr>
      <w:r>
        <w:t>Članak 6.</w:t>
      </w:r>
    </w:p>
    <w:p w14:paraId="0A8B4396" w14:textId="77777777" w:rsidR="00760709" w:rsidRDefault="00000000">
      <w:pPr>
        <w:jc w:val="both"/>
      </w:pPr>
      <w:r>
        <w:t>(1) Postupci jednostavne nabave i njihova provedba razlikuju se s obzirom na procijenjenu vrijednost jednostavne nabave bez PDV-a i način provedbe, kako slijedi:</w:t>
      </w:r>
    </w:p>
    <w:p w14:paraId="1BAC8C9D" w14:textId="77777777" w:rsidR="00760709" w:rsidRDefault="00000000">
      <w:pPr>
        <w:jc w:val="both"/>
      </w:pPr>
      <w:r>
        <w:lastRenderedPageBreak/>
        <w:t>1. javno prikupljanje ponuda;</w:t>
      </w:r>
    </w:p>
    <w:p w14:paraId="459B2293" w14:textId="77777777" w:rsidR="00760709" w:rsidRDefault="00000000">
      <w:pPr>
        <w:jc w:val="both"/>
      </w:pPr>
      <w:r>
        <w:t>2. ograničeno prikupljanje ponuda;</w:t>
      </w:r>
    </w:p>
    <w:p w14:paraId="6B8A3C70" w14:textId="77777777" w:rsidR="00760709" w:rsidRDefault="00000000">
      <w:pPr>
        <w:jc w:val="both"/>
      </w:pPr>
      <w:r>
        <w:t>3. izravno ugovaranje;</w:t>
      </w:r>
    </w:p>
    <w:p w14:paraId="313D8921" w14:textId="77777777" w:rsidR="00760709" w:rsidRDefault="00000000">
      <w:pPr>
        <w:jc w:val="both"/>
      </w:pPr>
      <w:r>
        <w:t>4. izravna kupovina.</w:t>
      </w:r>
    </w:p>
    <w:p w14:paraId="20C274F5" w14:textId="77777777" w:rsidR="00760709" w:rsidRDefault="00000000">
      <w:pPr>
        <w:jc w:val="both"/>
      </w:pPr>
      <w:r>
        <w:t>(2) Za postupke iz stavka 1. točaka 1. i 2. ovoga članka nositelj potrebe, u suradnji s Tijelom nabave, prije pokretanja postupka u pravilu provodi istraživanje tržišta i podnosi zahtjev za pokretanje nabave na obrascu iz Priloga I. ovoga Pravilnika, osim kada priroda, vrijednost ili žurnost predmeta nabave opravdava drukčije postupanje.</w:t>
      </w:r>
    </w:p>
    <w:p w14:paraId="5F0D96CC" w14:textId="77777777" w:rsidR="00760709" w:rsidRDefault="00000000">
      <w:pPr>
        <w:jc w:val="both"/>
      </w:pPr>
      <w:r>
        <w:t>(3) Ako je prema odredbama ovoga Pravilnika za pojedini predmet nabave moguće primijeniti više vrsta postupka, Naručitelj može primijeniti postupak kojim se osigurava viši stupanj transparentnosti i tržišnog natjecanja.</w:t>
      </w:r>
    </w:p>
    <w:p w14:paraId="275EE801" w14:textId="77777777" w:rsidR="00760709" w:rsidRDefault="00000000">
      <w:pPr>
        <w:jc w:val="both"/>
      </w:pPr>
      <w:r>
        <w:t>(4) Naručitelj je obvezan planirati i provoditi nabavu na način kojim se sprječava neopravdano dijeljenje predmeta nabave s ciljem izbjegavanja primjene Zakona ili odredbi ovoga Pravilnika.</w:t>
      </w:r>
    </w:p>
    <w:p w14:paraId="7EF7244F" w14:textId="77777777" w:rsidR="00760709" w:rsidRDefault="00000000">
      <w:pPr>
        <w:pStyle w:val="ClanakNaslov"/>
      </w:pPr>
      <w:r>
        <w:t>Javno prikupljanje ponuda</w:t>
      </w:r>
    </w:p>
    <w:p w14:paraId="6A38E282" w14:textId="77777777" w:rsidR="00760709" w:rsidRDefault="00000000">
      <w:pPr>
        <w:pStyle w:val="ClanakNaslov"/>
      </w:pPr>
      <w:r>
        <w:t>Članak 7.</w:t>
      </w:r>
    </w:p>
    <w:p w14:paraId="23568027" w14:textId="77777777" w:rsidR="00760709" w:rsidRDefault="00000000">
      <w:pPr>
        <w:jc w:val="both"/>
      </w:pPr>
      <w:r>
        <w:t>(1) Javno prikupljanje ponuda je postupak nabave u kojem, na temelju javno objavljenog poziva za prikupljanje ponuda, svaki zainteresirani gospodarski subjekt može podnijeti ponudu.</w:t>
      </w:r>
    </w:p>
    <w:p w14:paraId="487F135C" w14:textId="77777777" w:rsidR="00760709" w:rsidRDefault="00000000">
      <w:pPr>
        <w:jc w:val="both"/>
      </w:pPr>
      <w:r>
        <w:t>(2) Javno prikupljanje ponuda provodi se putem javne objave u modulu jednostavne nabave u EOJN RH za nabavu roba i usluga čija je procijenjena vrijednost veća od 25.000,00 eura bez PDV-a, a manja od 50.000,00 eura bez PDV-a, te za nabavu radova čija je procijenjena vrijednost veća od 45.000,00 eura bez PDV-a, a manja od 100.000,00 eura bez PDV-a.</w:t>
      </w:r>
    </w:p>
    <w:p w14:paraId="4E169D4B" w14:textId="77777777" w:rsidR="00760709" w:rsidRDefault="00000000">
      <w:pPr>
        <w:jc w:val="both"/>
      </w:pPr>
      <w:r>
        <w:t>(3) Iznimno od stavka 2. ovoga članka, postupak jednostavne nabave može se provesti kao ograničeno prikupljanje ponuda iz članka 8. ovoga Pravilnika:</w:t>
      </w:r>
    </w:p>
    <w:p w14:paraId="549D1D29" w14:textId="77777777" w:rsidR="00760709" w:rsidRDefault="00000000">
      <w:pPr>
        <w:jc w:val="both"/>
      </w:pPr>
      <w:r>
        <w:t>a) ako nije podnesena nijedna ponuda ili nijedna valjana ponuda u prethodno provedenom postupku jednostavne nabave, pod uvjetom da početni ugovorni uvjeti nisu bitno izmijenjeni;</w:t>
      </w:r>
    </w:p>
    <w:p w14:paraId="2A74A2B6" w14:textId="77777777" w:rsidR="00760709" w:rsidRDefault="00000000">
      <w:pPr>
        <w:jc w:val="both"/>
      </w:pPr>
      <w:r>
        <w:t>b) ako zbog objektivnih razloga predmet nabave može izvršiti, isporučiti ili pružiti samo određeni gospodarski subjekt, i to:</w:t>
      </w:r>
    </w:p>
    <w:p w14:paraId="5792DA69" w14:textId="77777777" w:rsidR="00760709" w:rsidRDefault="00000000">
      <w:pPr>
        <w:jc w:val="both"/>
      </w:pPr>
      <w:r>
        <w:t>1. ako je predmet nabave stvaranje ili stjecanje jedinstvenog umjetničkog djela ili umjetničke izvedbe;</w:t>
      </w:r>
    </w:p>
    <w:p w14:paraId="37D1D41F" w14:textId="77777777" w:rsidR="00760709" w:rsidRDefault="00000000">
      <w:pPr>
        <w:jc w:val="both"/>
      </w:pPr>
      <w:r>
        <w:t>2. ako iz tehničkih razloga predmet nabave može isporučiti samo određeni gospodarski subjekt; ili</w:t>
      </w:r>
    </w:p>
    <w:p w14:paraId="07C38B46" w14:textId="77777777" w:rsidR="00760709" w:rsidRDefault="00000000">
      <w:pPr>
        <w:jc w:val="both"/>
      </w:pPr>
      <w:r>
        <w:t>3. ako je to nužno radi zaštite isključivih prava, uključujući prava intelektualnog vlasništva;</w:t>
      </w:r>
    </w:p>
    <w:p w14:paraId="73C2A005" w14:textId="77777777" w:rsidR="00760709" w:rsidRDefault="00000000">
      <w:pPr>
        <w:jc w:val="both"/>
      </w:pPr>
      <w:r>
        <w:t>c) ako postoji iznimna žurnost uzrokovana događajima koje Naručitelj nije mogao predvidjeti niti na njih utjecati.</w:t>
      </w:r>
    </w:p>
    <w:p w14:paraId="0C81C460" w14:textId="77777777" w:rsidR="00760709" w:rsidRDefault="00000000">
      <w:pPr>
        <w:jc w:val="both"/>
      </w:pPr>
      <w:r>
        <w:t>(4) Razlozi za primjenu iznimke iz stavka 3. ovoga članka navode se i obrazlažu u objavi u modulu jednostavne nabave EOJN RH, odnosno u dokumentaciji postupka kada objava u EOJN RH nije primjenjiva.</w:t>
      </w:r>
    </w:p>
    <w:p w14:paraId="6957415B" w14:textId="77777777" w:rsidR="00760709" w:rsidRDefault="00000000">
      <w:pPr>
        <w:jc w:val="both"/>
      </w:pPr>
      <w:r>
        <w:t>(5) Poziv za javno prikupljanje ponuda objavljuje se neograničenom broju gospodarskih subjekata, a istodobno se može uputiti i na adresu jednog ili više gospodarskih subjekata po izboru Naručitelja.</w:t>
      </w:r>
    </w:p>
    <w:p w14:paraId="53733FE3" w14:textId="77777777" w:rsidR="00760709" w:rsidRDefault="00000000">
      <w:pPr>
        <w:pStyle w:val="ClanakNaslov"/>
      </w:pPr>
      <w:r>
        <w:t>Ograničeno prikupljanje ponuda</w:t>
      </w:r>
    </w:p>
    <w:p w14:paraId="0766BCA9" w14:textId="77777777" w:rsidR="00760709" w:rsidRDefault="00000000">
      <w:pPr>
        <w:pStyle w:val="ClanakNaslov"/>
      </w:pPr>
      <w:r>
        <w:t>Članak 8.</w:t>
      </w:r>
    </w:p>
    <w:p w14:paraId="0B606708" w14:textId="77777777" w:rsidR="00760709" w:rsidRDefault="00000000">
      <w:pPr>
        <w:jc w:val="both"/>
      </w:pPr>
      <w:r>
        <w:t>(1) Ograničeno prikupljanje ponuda je postupak jednostavne nabave u kojem Naručitelj, po vlastitom izboru, poziva najmanje tri gospodarska subjekta da dostave ponudu sukladno uvjetima i zahtjevima iz poziva za dostavu ponuda.</w:t>
      </w:r>
    </w:p>
    <w:p w14:paraId="0C5D43E6" w14:textId="0091CC86" w:rsidR="00760709" w:rsidRDefault="00000000">
      <w:pPr>
        <w:jc w:val="both"/>
      </w:pPr>
      <w:r>
        <w:t xml:space="preserve">(2) Ograničeno prikupljanje ponuda provodi se za nabavu roba i usluga čija je procijenjena vrijednost veća od </w:t>
      </w:r>
      <w:r w:rsidR="00C248DE">
        <w:t>15</w:t>
      </w:r>
      <w:r>
        <w:t xml:space="preserve">.000,00 eura bez PDV-a, a jednaka ili manja od 25.000,00 eura bez PDV-a, te za nabavu </w:t>
      </w:r>
      <w:r>
        <w:lastRenderedPageBreak/>
        <w:t xml:space="preserve">radova čija je procijenjena </w:t>
      </w:r>
      <w:proofErr w:type="spellStart"/>
      <w:r>
        <w:t>vrijednost</w:t>
      </w:r>
      <w:proofErr w:type="spellEnd"/>
      <w:r>
        <w:t xml:space="preserve"> </w:t>
      </w:r>
      <w:proofErr w:type="spellStart"/>
      <w:r>
        <w:t>veća</w:t>
      </w:r>
      <w:proofErr w:type="spellEnd"/>
      <w:r>
        <w:t xml:space="preserve"> od </w:t>
      </w:r>
      <w:r w:rsidR="00C248DE">
        <w:t>15</w:t>
      </w:r>
      <w:r>
        <w:t xml:space="preserve">.000,00 </w:t>
      </w:r>
      <w:proofErr w:type="spellStart"/>
      <w:r>
        <w:t>eura</w:t>
      </w:r>
      <w:proofErr w:type="spellEnd"/>
      <w:r>
        <w:t xml:space="preserve"> bez PDV-a, a jednaka ili manja od 45.000,00 eura bez PDV-a.</w:t>
      </w:r>
    </w:p>
    <w:p w14:paraId="7102858D" w14:textId="0962A0F9" w:rsidR="00760709" w:rsidRDefault="00000000">
      <w:pPr>
        <w:jc w:val="both"/>
      </w:pPr>
      <w:r>
        <w:t xml:space="preserve">(3) </w:t>
      </w:r>
      <w:proofErr w:type="spellStart"/>
      <w:r w:rsidR="00C248DE">
        <w:t>P</w:t>
      </w:r>
      <w:r>
        <w:t>ostupak</w:t>
      </w:r>
      <w:proofErr w:type="spellEnd"/>
      <w:r>
        <w:t xml:space="preserve"> </w:t>
      </w:r>
      <w:proofErr w:type="spellStart"/>
      <w:r>
        <w:t>iz</w:t>
      </w:r>
      <w:proofErr w:type="spellEnd"/>
      <w:r>
        <w:t xml:space="preserve"> </w:t>
      </w:r>
      <w:proofErr w:type="spellStart"/>
      <w:r>
        <w:t>stavka</w:t>
      </w:r>
      <w:proofErr w:type="spellEnd"/>
      <w:r>
        <w:t xml:space="preserve"> 2. ovoga članka provodi se putem modula jednostavne nabave u EOJN RH, bez obveze javne objave, osim ako Naručitelj odluči provesti postupak javnog prikupljanja ponuda.</w:t>
      </w:r>
    </w:p>
    <w:p w14:paraId="08CA5881" w14:textId="77777777" w:rsidR="00760709" w:rsidRDefault="00000000">
      <w:pPr>
        <w:jc w:val="both"/>
      </w:pPr>
      <w:r>
        <w:t>(4) Iznimno, na zahtjev nositelja potrebe, u postupcima jednostavne nabave procijenjenih vrijednosti iz stavka 2. ovoga članka može se provesti postupak javnog prikupljanja ponuda iz članka 7. ovoga Pravilnika.</w:t>
      </w:r>
    </w:p>
    <w:p w14:paraId="55B1FE17" w14:textId="77777777" w:rsidR="00760709" w:rsidRDefault="00000000">
      <w:pPr>
        <w:pStyle w:val="ClanakNaslov"/>
      </w:pPr>
      <w:r>
        <w:t>Izravno ugovaranje</w:t>
      </w:r>
    </w:p>
    <w:p w14:paraId="286D9F29" w14:textId="77777777" w:rsidR="00760709" w:rsidRDefault="00000000">
      <w:pPr>
        <w:pStyle w:val="ClanakNaslov"/>
      </w:pPr>
      <w:r>
        <w:t>Članak 9.</w:t>
      </w:r>
    </w:p>
    <w:p w14:paraId="107FA377" w14:textId="77777777" w:rsidR="00760709" w:rsidRDefault="00000000">
      <w:pPr>
        <w:jc w:val="both"/>
      </w:pPr>
      <w:r>
        <w:t>(1) Izravno ugovaranje je postupak jednostavne nabave u kojem Naručitelj izdaje narudžbenicu ili sklapa ugovor s jednim gospodarskim subjektom po vlastitom izboru, sukladno proceduri utvrđenoj internim aktima Naručitelja.</w:t>
      </w:r>
    </w:p>
    <w:p w14:paraId="0BAECF38" w14:textId="77777777" w:rsidR="00760709" w:rsidRDefault="00000000">
      <w:pPr>
        <w:jc w:val="both"/>
      </w:pPr>
      <w:r>
        <w:t>(2) Izravno ugovaranje može se provesti za nabavu roba, usluga i radova čija je procijenjena vrijednost veća od 1.000,00 eura bez PDV-a, a manja od 15.000,00 eura bez PDV-a.</w:t>
      </w:r>
    </w:p>
    <w:p w14:paraId="4C5059A8" w14:textId="139BC66B" w:rsidR="00760709" w:rsidRDefault="00000000">
      <w:pPr>
        <w:jc w:val="both"/>
      </w:pPr>
      <w:r>
        <w:t xml:space="preserve">(3) Narudžbenicu ili poziv za sklapanje ugovora upućuje nositelj potrebe, </w:t>
      </w:r>
      <w:proofErr w:type="spellStart"/>
      <w:r>
        <w:t>odnosno</w:t>
      </w:r>
      <w:proofErr w:type="spellEnd"/>
      <w:r>
        <w:t xml:space="preserve"> </w:t>
      </w:r>
      <w:proofErr w:type="spellStart"/>
      <w:r>
        <w:t>Tijelo</w:t>
      </w:r>
      <w:proofErr w:type="spellEnd"/>
      <w:r>
        <w:t xml:space="preserve"> </w:t>
      </w:r>
      <w:proofErr w:type="spellStart"/>
      <w:r>
        <w:t>nabave</w:t>
      </w:r>
      <w:proofErr w:type="spellEnd"/>
      <w:r>
        <w:t xml:space="preserve">, </w:t>
      </w:r>
      <w:proofErr w:type="spellStart"/>
      <w:r w:rsidR="00EB5DFF">
        <w:t>financijski</w:t>
      </w:r>
      <w:proofErr w:type="spellEnd"/>
      <w:r w:rsidR="00EB5DFF">
        <w:t xml:space="preserve"> </w:t>
      </w:r>
      <w:proofErr w:type="spellStart"/>
      <w:r w:rsidR="00EB5DFF">
        <w:t>najpovoljnijem</w:t>
      </w:r>
      <w:proofErr w:type="spellEnd"/>
      <w:r w:rsidR="00EB5DFF">
        <w:t xml:space="preserve"> ponuditelju</w:t>
      </w:r>
      <w:r>
        <w:t xml:space="preserve">, a </w:t>
      </w:r>
      <w:proofErr w:type="spellStart"/>
      <w:r>
        <w:t>na</w:t>
      </w:r>
      <w:proofErr w:type="spellEnd"/>
      <w:r>
        <w:t xml:space="preserve"> </w:t>
      </w:r>
      <w:proofErr w:type="spellStart"/>
      <w:r>
        <w:t>temelju</w:t>
      </w:r>
      <w:proofErr w:type="spellEnd"/>
      <w:r>
        <w:t xml:space="preserve"> </w:t>
      </w:r>
      <w:proofErr w:type="spellStart"/>
      <w:r>
        <w:t>prethodn</w:t>
      </w:r>
      <w:r w:rsidR="00EB5DFF">
        <w:t>e</w:t>
      </w:r>
      <w:proofErr w:type="spellEnd"/>
      <w:r w:rsidR="00EB5DFF">
        <w:t xml:space="preserve"> </w:t>
      </w:r>
      <w:proofErr w:type="spellStart"/>
      <w:r w:rsidR="00EB5DFF">
        <w:t>analize</w:t>
      </w:r>
      <w:proofErr w:type="spellEnd"/>
      <w:r w:rsidR="00EB5DFF">
        <w:t xml:space="preserve"> </w:t>
      </w:r>
      <w:proofErr w:type="spellStart"/>
      <w:r w:rsidR="00EB5DFF">
        <w:t>tržišta</w:t>
      </w:r>
      <w:proofErr w:type="spellEnd"/>
      <w:r w:rsidR="00EB5DFF">
        <w:t xml:space="preserve"> </w:t>
      </w:r>
      <w:proofErr w:type="spellStart"/>
      <w:r w:rsidR="00EB5DFF">
        <w:t>i</w:t>
      </w:r>
      <w:proofErr w:type="spellEnd"/>
      <w:r w:rsidR="00EB5DFF">
        <w:t xml:space="preserve"> dos</w:t>
      </w:r>
      <w:proofErr w:type="spellStart"/>
      <w:r w:rsidR="00EB5DFF">
        <w:rPr>
          <w:lang w:val="hr-HR"/>
        </w:rPr>
        <w:t>tavljene</w:t>
      </w:r>
      <w:proofErr w:type="spellEnd"/>
      <w:r>
        <w:t xml:space="preserve"> </w:t>
      </w:r>
      <w:proofErr w:type="spellStart"/>
      <w:r>
        <w:t>ponude</w:t>
      </w:r>
      <w:proofErr w:type="spellEnd"/>
      <w:r>
        <w:t xml:space="preserve"> </w:t>
      </w:r>
      <w:proofErr w:type="spellStart"/>
      <w:r w:rsidR="00EB5DFF">
        <w:t>jednog</w:t>
      </w:r>
      <w:proofErr w:type="spellEnd"/>
      <w:r w:rsidR="00EB5DFF">
        <w:t xml:space="preserve"> </w:t>
      </w:r>
      <w:proofErr w:type="spellStart"/>
      <w:r w:rsidR="00EB5DFF">
        <w:t>ili</w:t>
      </w:r>
      <w:proofErr w:type="spellEnd"/>
      <w:r w:rsidR="00EB5DFF">
        <w:t xml:space="preserve"> </w:t>
      </w:r>
      <w:proofErr w:type="spellStart"/>
      <w:r w:rsidR="00EB5DFF">
        <w:t>više</w:t>
      </w:r>
      <w:proofErr w:type="spellEnd"/>
      <w:r w:rsidR="00EB5DFF">
        <w:t xml:space="preserve"> </w:t>
      </w:r>
      <w:proofErr w:type="spellStart"/>
      <w:r>
        <w:t>gospodarsk</w:t>
      </w:r>
      <w:r w:rsidR="00EB5DFF">
        <w:t>ih</w:t>
      </w:r>
      <w:proofErr w:type="spellEnd"/>
      <w:r>
        <w:t xml:space="preserve"> </w:t>
      </w:r>
      <w:proofErr w:type="spellStart"/>
      <w:r>
        <w:t>subjek</w:t>
      </w:r>
      <w:r w:rsidR="00EB5DFF">
        <w:t>a</w:t>
      </w:r>
      <w:r>
        <w:t>ta</w:t>
      </w:r>
      <w:proofErr w:type="spellEnd"/>
      <w:r>
        <w:t>.</w:t>
      </w:r>
    </w:p>
    <w:p w14:paraId="418C525B" w14:textId="77777777" w:rsidR="00760709" w:rsidRDefault="00000000">
      <w:pPr>
        <w:jc w:val="both"/>
      </w:pPr>
      <w:r>
        <w:t>(4) Ponuda mora sadržavati sve podatke potrebne za izdavanje narudžbenice odnosno sklapanje ugovora, a osobito cijenu bez PDV-a i s uračunatim PDV-om, rok valjanosti ponude, rok i način isporuke robe, pružanja usluge ili izvođenja radova, podatke o ponuditelju te ostale okolnosti značajne za izvršenje predmeta nabave.</w:t>
      </w:r>
    </w:p>
    <w:p w14:paraId="3F403C1C" w14:textId="77777777" w:rsidR="00760709" w:rsidRDefault="00000000">
      <w:pPr>
        <w:pStyle w:val="ClanakNaslov"/>
      </w:pPr>
      <w:r>
        <w:t>Izravna kupovina</w:t>
      </w:r>
    </w:p>
    <w:p w14:paraId="1E4EC9DA" w14:textId="77777777" w:rsidR="00760709" w:rsidRDefault="00000000">
      <w:pPr>
        <w:pStyle w:val="ClanakNaslov"/>
      </w:pPr>
      <w:r>
        <w:t>Članak 10.</w:t>
      </w:r>
    </w:p>
    <w:p w14:paraId="4FA27534" w14:textId="77777777" w:rsidR="00760709" w:rsidRDefault="00000000">
      <w:pPr>
        <w:jc w:val="both"/>
      </w:pPr>
      <w:r>
        <w:t>(1) Roba, usluge i radovi čija je procijenjena vrijednost bez PDV-a manja ili jednaka 1.000,00 eura nabavljaju se izravnom kupovinom i ovjerom ispostavljenog računa.</w:t>
      </w:r>
    </w:p>
    <w:p w14:paraId="267730E5" w14:textId="77777777" w:rsidR="00760709" w:rsidRDefault="00000000">
      <w:pPr>
        <w:jc w:val="both"/>
      </w:pPr>
      <w:r>
        <w:t xml:space="preserve">(2) Pri provedbi izravne kupovine Naručitelj je dužan postupati ekonomično i </w:t>
      </w:r>
      <w:proofErr w:type="spellStart"/>
      <w:r>
        <w:t>svrsishodno</w:t>
      </w:r>
      <w:proofErr w:type="spellEnd"/>
      <w:r>
        <w:t xml:space="preserve">, </w:t>
      </w:r>
      <w:proofErr w:type="spellStart"/>
      <w:r>
        <w:t>uz</w:t>
      </w:r>
      <w:proofErr w:type="spellEnd"/>
      <w:r>
        <w:t xml:space="preserve"> </w:t>
      </w:r>
      <w:proofErr w:type="spellStart"/>
      <w:r>
        <w:t>provjeru</w:t>
      </w:r>
      <w:proofErr w:type="spellEnd"/>
      <w:r>
        <w:t xml:space="preserve"> </w:t>
      </w:r>
      <w:proofErr w:type="spellStart"/>
      <w:r>
        <w:t>dostupnosti</w:t>
      </w:r>
      <w:proofErr w:type="spellEnd"/>
      <w:r>
        <w:t xml:space="preserve"> </w:t>
      </w:r>
      <w:proofErr w:type="spellStart"/>
      <w:r>
        <w:t>proračunskih</w:t>
      </w:r>
      <w:proofErr w:type="spellEnd"/>
      <w:r>
        <w:t xml:space="preserve"> </w:t>
      </w:r>
      <w:proofErr w:type="spellStart"/>
      <w:r>
        <w:t>sredstava</w:t>
      </w:r>
      <w:proofErr w:type="spellEnd"/>
      <w:r>
        <w:t xml:space="preserve"> </w:t>
      </w:r>
      <w:proofErr w:type="spellStart"/>
      <w:r>
        <w:t>i</w:t>
      </w:r>
      <w:proofErr w:type="spellEnd"/>
      <w:r>
        <w:t xml:space="preserve"> </w:t>
      </w:r>
      <w:proofErr w:type="spellStart"/>
      <w:r>
        <w:t>stvarne</w:t>
      </w:r>
      <w:proofErr w:type="spellEnd"/>
      <w:r>
        <w:t xml:space="preserve"> </w:t>
      </w:r>
      <w:proofErr w:type="spellStart"/>
      <w:r>
        <w:t>potrebe</w:t>
      </w:r>
      <w:proofErr w:type="spellEnd"/>
      <w:r>
        <w:t xml:space="preserve"> </w:t>
      </w:r>
      <w:proofErr w:type="spellStart"/>
      <w:r>
        <w:t>nabave</w:t>
      </w:r>
      <w:proofErr w:type="spellEnd"/>
      <w:r>
        <w:t>.</w:t>
      </w:r>
    </w:p>
    <w:p w14:paraId="000120E0" w14:textId="77777777" w:rsidR="006A7B08" w:rsidRDefault="006A7B08">
      <w:pPr>
        <w:jc w:val="both"/>
      </w:pPr>
    </w:p>
    <w:p w14:paraId="459B9556" w14:textId="77777777" w:rsidR="00760709" w:rsidRDefault="00000000">
      <w:pPr>
        <w:pStyle w:val="Glava"/>
      </w:pPr>
      <w:r>
        <w:t>III. DOKUMENTACIJA O NABAVI</w:t>
      </w:r>
    </w:p>
    <w:p w14:paraId="7CBCDD67" w14:textId="77777777" w:rsidR="00760709" w:rsidRDefault="00000000">
      <w:pPr>
        <w:pStyle w:val="ClanakNaslov"/>
      </w:pPr>
      <w:r>
        <w:rPr>
          <w:b w:val="0"/>
        </w:rPr>
        <w:t>Sadržaj poziva za dostavu ponuda</w:t>
      </w:r>
    </w:p>
    <w:p w14:paraId="7486BE76" w14:textId="77777777" w:rsidR="00760709" w:rsidRDefault="00000000">
      <w:pPr>
        <w:pStyle w:val="ClanakNaslov"/>
      </w:pPr>
      <w:r>
        <w:rPr>
          <w:b w:val="0"/>
        </w:rPr>
        <w:t>Članak 11.</w:t>
      </w:r>
    </w:p>
    <w:p w14:paraId="7045B36B" w14:textId="77777777" w:rsidR="00760709" w:rsidRDefault="00000000">
      <w:pPr>
        <w:jc w:val="both"/>
      </w:pPr>
      <w:r>
        <w:t>(1) Postupak jednostavne nabave koji se provodi prikupljanjem ponuda započinje danom slanja poziva za dostavu ponuda gospodarskim subjektima na dokaziv način, odnosno danom objave poziva u modulu jednostavne nabave EOJN RH kada se postupak provodi putem EOJN RH.</w:t>
      </w:r>
    </w:p>
    <w:p w14:paraId="3D010822" w14:textId="77777777" w:rsidR="00760709" w:rsidRDefault="00000000">
      <w:pPr>
        <w:jc w:val="both"/>
      </w:pPr>
      <w:r>
        <w:t>(2) Poziv za dostavu ponuda mora biti jasan, razumljiv i nedvojben te izrađen na način da sadrži sve potrebne podatke koji ponuditelju omogućuju izradu i dostavu ponude.</w:t>
      </w:r>
    </w:p>
    <w:p w14:paraId="6BA1C85B" w14:textId="77777777" w:rsidR="00760709" w:rsidRDefault="00000000">
      <w:pPr>
        <w:jc w:val="both"/>
      </w:pPr>
      <w:r>
        <w:t>(3) Tijelo nabave će u pravilu svim pozvanim gospodarskim subjektima uz poziv za dostavu ponuda dostaviti obrazac ponudbenog lista i troškovnika, kada je to primjenjivo.</w:t>
      </w:r>
    </w:p>
    <w:p w14:paraId="38903A41" w14:textId="77777777" w:rsidR="00760709" w:rsidRDefault="00000000">
      <w:pPr>
        <w:jc w:val="both"/>
      </w:pPr>
      <w:r>
        <w:t>(4) Ovisno o složenosti predmeta nabave, poziv za dostavu ponuda može sadržavati zahtjeve i uvjete vezane uz predmet nabave, odgovarajuću primjenu odredaba Zakona u odnosu na kriterije za kvalitativni odabir gospodarskog subjekta, kriterije za odabir ponude, bitne i posebne uvjete za izvršenje ugovora, uvjete i zahtjeve koji moraju biti ispunjeni sukladno posebnim propisima ili pravilima struke, vrste jamstva, sredstva i uvjete jamstva, prijedlog ugovora o jednostavnoj nabavi te druge potrebne podatke, dokumente i informacije koje je gospodarski subjekt dužan dostaviti u ponudi.</w:t>
      </w:r>
    </w:p>
    <w:p w14:paraId="1017985F" w14:textId="77777777" w:rsidR="00760709" w:rsidRDefault="00000000">
      <w:pPr>
        <w:jc w:val="both"/>
      </w:pPr>
      <w:r>
        <w:lastRenderedPageBreak/>
        <w:t>(5) Prilikom određivanja kriterija za odabir ponude u pozivu za dostavu ponuda, cijena uvijek mora biti jedan od kriterija za odabir, bilo kao kriterij najniže cijene, bilo kao jedan od kriterija za odabir ekonomski najpovoljnije ponude.</w:t>
      </w:r>
    </w:p>
    <w:p w14:paraId="743D364C" w14:textId="77777777" w:rsidR="00760709" w:rsidRDefault="00000000">
      <w:pPr>
        <w:jc w:val="both"/>
      </w:pPr>
      <w:r>
        <w:t>(6) Tijelo nabave može prilagoditi poziv za dostavu ponuda pojedinom postupku nabave te ga nadopuniti projektnim zadacima, nacrtima, projektnom dokumentacijom, crtežima, modelima, uzorcima i drugim prilozima radi točnijeg određivanja predmeta nabave i zaprimanja kvalitetnih ponuda.</w:t>
      </w:r>
    </w:p>
    <w:p w14:paraId="6B58EDE1" w14:textId="77777777" w:rsidR="00760709" w:rsidRDefault="00000000">
      <w:pPr>
        <w:jc w:val="both"/>
      </w:pPr>
      <w:r>
        <w:t>(7) Rok za dostavu ponuda iznosi minimalno 5 dana od dana slanja poziva, odnosno od dana objave u EOJN RH.</w:t>
      </w:r>
    </w:p>
    <w:p w14:paraId="4DAABCB6" w14:textId="77777777" w:rsidR="00760709" w:rsidRDefault="00000000">
      <w:pPr>
        <w:jc w:val="both"/>
      </w:pPr>
      <w:r>
        <w:t>(8) Iznimno, radi žurnosti ili u slučaju ponavljanja postupka jednostavne nabave, Tijelo nabave može odrediti kraći rok za dostavu ponuda, uz obrazloženje razloga u dokumentaciji postupka.</w:t>
      </w:r>
    </w:p>
    <w:p w14:paraId="2A166238" w14:textId="77777777" w:rsidR="00760709" w:rsidRDefault="00000000">
      <w:pPr>
        <w:pStyle w:val="ClanakNaslov"/>
      </w:pPr>
      <w:r>
        <w:rPr>
          <w:b w:val="0"/>
        </w:rPr>
        <w:t>Analogna primjena pojedinih odredbi i instituta iz Zakona</w:t>
      </w:r>
    </w:p>
    <w:p w14:paraId="37C2B87D" w14:textId="77777777" w:rsidR="00760709" w:rsidRDefault="00000000">
      <w:pPr>
        <w:pStyle w:val="ClanakNaslov"/>
      </w:pPr>
      <w:r>
        <w:rPr>
          <w:b w:val="0"/>
        </w:rPr>
        <w:t>Članak 12.</w:t>
      </w:r>
    </w:p>
    <w:p w14:paraId="442C6B73" w14:textId="77777777" w:rsidR="00760709" w:rsidRDefault="00000000">
      <w:pPr>
        <w:jc w:val="both"/>
      </w:pPr>
      <w:r>
        <w:t>(1) U postupcima jednostavne nabave Tijelo nabave može, kada je to primjereno predmetu nabave, primijeniti pojedine institute Zakona kao što su pojašnjenje i upotpunjavanje ponude, ispravak računske pogreške i provjera uobičajeno niske ponude, uz poštivanje načela javne nabave.</w:t>
      </w:r>
    </w:p>
    <w:p w14:paraId="77230506" w14:textId="77777777" w:rsidR="00760709" w:rsidRDefault="00000000">
      <w:pPr>
        <w:jc w:val="both"/>
      </w:pPr>
      <w:r>
        <w:t>(2) Primjena instituta iz stavka 1. ovoga članka odnosi se na svrhu i način postupanja s ponudama, dok se rokovi i druga procesna pravila primjenjuju sukladno odredbama ovoga Pravilnika.</w:t>
      </w:r>
    </w:p>
    <w:p w14:paraId="1584A6C0" w14:textId="77777777" w:rsidR="00760709" w:rsidRDefault="00000000">
      <w:pPr>
        <w:jc w:val="both"/>
      </w:pPr>
      <w:r>
        <w:t>(3) U slučaju nedoumica ili pravnih praznina u primjeni ovoga Pravilnika, pojedine odredbe tumače se uzimajući u obzir svrhu i načela Zakona te praksu njegove primjene, na odgovarajući način i samo ako priroda postupka jednostavne nabave to dopušta.</w:t>
      </w:r>
    </w:p>
    <w:p w14:paraId="1CFDD910" w14:textId="77777777" w:rsidR="00760709" w:rsidRDefault="00000000">
      <w:pPr>
        <w:pStyle w:val="ClanakNaslov"/>
      </w:pPr>
      <w:r>
        <w:rPr>
          <w:b w:val="0"/>
        </w:rPr>
        <w:t>Komunikacija u postupku</w:t>
      </w:r>
    </w:p>
    <w:p w14:paraId="517CEEF6" w14:textId="77777777" w:rsidR="00760709" w:rsidRDefault="00000000">
      <w:pPr>
        <w:pStyle w:val="ClanakNaslov"/>
      </w:pPr>
      <w:r>
        <w:rPr>
          <w:b w:val="0"/>
        </w:rPr>
        <w:t>Članak 13.</w:t>
      </w:r>
    </w:p>
    <w:p w14:paraId="40E83D64" w14:textId="77777777" w:rsidR="00760709" w:rsidRDefault="00000000">
      <w:pPr>
        <w:jc w:val="both"/>
      </w:pPr>
      <w:r>
        <w:t>(1) Komunikacija i sva razmjena informacija unutar Naručitelja može se obavljati neposredno, poštanskom pošiljkom, elektroničkom poštom, telefonom ili kombinacijom navedenih sredstava komunikacije, ovisno o svakom pojedinom predmetu nabave.</w:t>
      </w:r>
    </w:p>
    <w:p w14:paraId="2887FFFE" w14:textId="77777777" w:rsidR="00760709" w:rsidRDefault="00000000">
      <w:pPr>
        <w:jc w:val="both"/>
      </w:pPr>
      <w:r>
        <w:t>(2) U postupcima izravnog ugovaranja te ograničenog prikupljanja ponuda koji se ne provode putem EOJN RH komunikacija između Tijela nabave i gospodarskih subjekata može se obavljati elektroničkom poštom, poštanskom pošiljkom, neposredno ili kombinacijom navedenih sredstava komunikacije, koja se odabiru ovisno o svakom pojedinom predmetu nabave.</w:t>
      </w:r>
    </w:p>
    <w:p w14:paraId="047484E0" w14:textId="77777777" w:rsidR="00760709" w:rsidRDefault="00000000">
      <w:pPr>
        <w:jc w:val="both"/>
      </w:pPr>
      <w:r>
        <w:t>(3) U postupcima javnog prikupljanja ponuda te u drugim postupcima koji se provode putem modula jednostavne nabave EOJN RH komunikacija između Tijela nabave i gospodarskih subjekata obavlja se elektroničkim sredstvima komunikacije putem EOJN RH, osim ako to zbog tehničkih razloga nije moguće.</w:t>
      </w:r>
    </w:p>
    <w:p w14:paraId="051A3170" w14:textId="77777777" w:rsidR="00760709" w:rsidRDefault="00000000">
      <w:pPr>
        <w:jc w:val="both"/>
      </w:pPr>
      <w:r>
        <w:t>(4) U roku za dostavu ponuda gospodarski subjekti mogu zatražiti objašnjenja ili izmjene vezane uz poziv za dostavu ponuda i dokumentaciju o nabavi.</w:t>
      </w:r>
    </w:p>
    <w:p w14:paraId="58E741AB" w14:textId="77777777" w:rsidR="00760709" w:rsidRDefault="00000000">
      <w:pPr>
        <w:jc w:val="both"/>
      </w:pPr>
      <w:r>
        <w:t>(5) Odgovor na zatražena objašnjenja ili izmjene Tijelo nabave može dostaviti izravno svim gospodarskim subjektima pozvanim na dostavu ponude, bez navođenja podataka o podnositelju zahtjeva, odnosno za postupke koji se provode putem modula jednostavne nabave EOJN RH objavom u tom modulu.</w:t>
      </w:r>
    </w:p>
    <w:p w14:paraId="3ACF2EDD" w14:textId="77777777" w:rsidR="00760709" w:rsidRDefault="00000000">
      <w:pPr>
        <w:pStyle w:val="Glava"/>
      </w:pPr>
      <w:r>
        <w:t>IV. PONUDA</w:t>
      </w:r>
    </w:p>
    <w:p w14:paraId="3945A3C9" w14:textId="77777777" w:rsidR="00760709" w:rsidRDefault="00000000">
      <w:pPr>
        <w:pStyle w:val="ClanakNaslov"/>
      </w:pPr>
      <w:r>
        <w:rPr>
          <w:b w:val="0"/>
        </w:rPr>
        <w:t>Sadržaj i izrada ponude</w:t>
      </w:r>
    </w:p>
    <w:p w14:paraId="3FA92525" w14:textId="77777777" w:rsidR="00760709" w:rsidRDefault="00000000">
      <w:pPr>
        <w:pStyle w:val="ClanakNaslov"/>
      </w:pPr>
      <w:r>
        <w:rPr>
          <w:b w:val="0"/>
        </w:rPr>
        <w:t>Članak 14.</w:t>
      </w:r>
    </w:p>
    <w:p w14:paraId="5702CF16" w14:textId="77777777" w:rsidR="00760709" w:rsidRDefault="00000000">
      <w:pPr>
        <w:jc w:val="both"/>
      </w:pPr>
      <w:r>
        <w:t>(1) Ponuda je pisana izjava volje ponuditelja da isporuči robu, pruži uslugu ili izvede radove u skladu s uvjetima i zahtjevima navedenima u pozivu za dostavu ponuda i dokumentaciji o nabavi.</w:t>
      </w:r>
    </w:p>
    <w:p w14:paraId="21CF663F" w14:textId="77777777" w:rsidR="00760709" w:rsidRDefault="00000000">
      <w:pPr>
        <w:jc w:val="both"/>
      </w:pPr>
      <w:r>
        <w:lastRenderedPageBreak/>
        <w:t>(2) Sadržaj ponude i način izrade ponude propisuje se pozivom za dostavu ponuda i/ili dokumentacijom o nabavi.</w:t>
      </w:r>
    </w:p>
    <w:p w14:paraId="2C923DE7" w14:textId="77777777" w:rsidR="00760709" w:rsidRDefault="00000000">
      <w:pPr>
        <w:jc w:val="both"/>
      </w:pPr>
      <w:r>
        <w:t>(3) Pri izradi ponude ponuditelj se mora pridržavati zahtjeva i uvjeta iz poziva za dostavu ponuda i dokumentacije o nabavi. Ponuditelj ne smije mijenjati ni nadopunjavati tekst poziva za dostavu ponuda i dokumentacije o nabavi.</w:t>
      </w:r>
    </w:p>
    <w:p w14:paraId="015D978C" w14:textId="77777777" w:rsidR="00760709" w:rsidRDefault="00000000">
      <w:pPr>
        <w:jc w:val="both"/>
      </w:pPr>
      <w:r>
        <w:t>(4) U roku za dostavu ponude ponuditelj može izmijeniti svoju ponudu, nadopuniti je ili od nje odustati.</w:t>
      </w:r>
    </w:p>
    <w:p w14:paraId="7E8B740D" w14:textId="77777777" w:rsidR="00760709" w:rsidRDefault="00000000">
      <w:pPr>
        <w:jc w:val="both"/>
      </w:pPr>
      <w:r>
        <w:t>(5) Na zahtjev Tijela nabave ponuditelj može produžiti rok valjanosti svoje ponude.</w:t>
      </w:r>
    </w:p>
    <w:p w14:paraId="46F01EA5" w14:textId="77777777" w:rsidR="00760709" w:rsidRDefault="00000000">
      <w:pPr>
        <w:jc w:val="both"/>
      </w:pPr>
      <w:r>
        <w:t>(6) Ponuda se izrađuje u pisanom obliku na hrvatskom jeziku i latiničnom pismu, a dostavlja se u roku i na način propisan u pozivu za dostavu ponuda.</w:t>
      </w:r>
    </w:p>
    <w:p w14:paraId="04D471FE" w14:textId="77777777" w:rsidR="00760709" w:rsidRDefault="00000000">
      <w:pPr>
        <w:jc w:val="both"/>
      </w:pPr>
      <w:r>
        <w:t xml:space="preserve">(7) Ispravci u ponudi, kada je to primjenjivo, moraju biti izrađeni na način da su vidljivi. Ispravci moraju, uz navod datuma ispravka, biti potvrđeni potpisom ponuditelja, osim ako se ponuda dostavlja putem EOJN RH i tehnički način </w:t>
      </w:r>
      <w:proofErr w:type="spellStart"/>
      <w:r>
        <w:t>podnošenja</w:t>
      </w:r>
      <w:proofErr w:type="spellEnd"/>
      <w:r>
        <w:t xml:space="preserve"> </w:t>
      </w:r>
      <w:proofErr w:type="spellStart"/>
      <w:r>
        <w:t>ponude</w:t>
      </w:r>
      <w:proofErr w:type="spellEnd"/>
      <w:r>
        <w:t xml:space="preserve"> ne </w:t>
      </w:r>
      <w:proofErr w:type="spellStart"/>
      <w:r>
        <w:t>zahtijeva</w:t>
      </w:r>
      <w:proofErr w:type="spellEnd"/>
      <w:r>
        <w:t xml:space="preserve"> </w:t>
      </w:r>
      <w:proofErr w:type="spellStart"/>
      <w:r>
        <w:t>takvo</w:t>
      </w:r>
      <w:proofErr w:type="spellEnd"/>
      <w:r>
        <w:t xml:space="preserve"> </w:t>
      </w:r>
      <w:proofErr w:type="spellStart"/>
      <w:r>
        <w:t>postupanje</w:t>
      </w:r>
      <w:proofErr w:type="spellEnd"/>
      <w:r>
        <w:t>.</w:t>
      </w:r>
    </w:p>
    <w:p w14:paraId="21EF66F8" w14:textId="77777777" w:rsidR="009555E7" w:rsidRDefault="009555E7">
      <w:pPr>
        <w:jc w:val="both"/>
      </w:pPr>
    </w:p>
    <w:p w14:paraId="6525CCC7" w14:textId="77777777" w:rsidR="00760709" w:rsidRDefault="00000000">
      <w:pPr>
        <w:pStyle w:val="Glava"/>
      </w:pPr>
      <w:r>
        <w:t>V. ZAPRIMANJE, OTVARANJE, PREGLED I OCJENA PONUDA</w:t>
      </w:r>
    </w:p>
    <w:p w14:paraId="762DCE46" w14:textId="77777777" w:rsidR="00760709" w:rsidRDefault="00000000">
      <w:pPr>
        <w:pStyle w:val="ClanakNaslov"/>
      </w:pPr>
      <w:r>
        <w:rPr>
          <w:b w:val="0"/>
        </w:rPr>
        <w:t>Postupak odabira</w:t>
      </w:r>
    </w:p>
    <w:p w14:paraId="564F476B" w14:textId="77777777" w:rsidR="00760709" w:rsidRDefault="00000000">
      <w:pPr>
        <w:pStyle w:val="ClanakNaslov"/>
      </w:pPr>
      <w:r>
        <w:rPr>
          <w:b w:val="0"/>
        </w:rPr>
        <w:t>Članak 15.</w:t>
      </w:r>
    </w:p>
    <w:p w14:paraId="3A73B49B" w14:textId="77777777" w:rsidR="00760709" w:rsidRDefault="00000000">
      <w:pPr>
        <w:jc w:val="both"/>
      </w:pPr>
      <w:r>
        <w:t>(1) Odabir ponude provodi Tijelo nabave na temelju valjano zaprimljenih ponuda, dostavljenih u skladu s načinom određenim u pozivu za dostavu ponuda.</w:t>
      </w:r>
    </w:p>
    <w:p w14:paraId="03E464E5" w14:textId="77777777" w:rsidR="00760709" w:rsidRDefault="00000000">
      <w:pPr>
        <w:jc w:val="both"/>
      </w:pPr>
      <w:r>
        <w:t>(2) Za postupke koji se ne provode putem EOJN RH ponude se mogu dostavljati neposredno u pisarnici Naručitelja na urudžbeni zapisnik, preporučenom poštanskom pošiljkom na adresu Naručitelja ili elektroničkim sredstvima komunikacije na adresu elektroničke pošte navedenu u pozivu za dostavu ponuda.</w:t>
      </w:r>
    </w:p>
    <w:p w14:paraId="6BFF5CB6" w14:textId="77777777" w:rsidR="00760709" w:rsidRDefault="00000000">
      <w:pPr>
        <w:jc w:val="both"/>
      </w:pPr>
      <w:r>
        <w:t>(3) Za postupke koji se provode putem modula jednostavne nabave EOJN RH ponude se dostavljaju elektroničkim sredstvima komunikacije putem modula jednostavne nabave EOJN RH, osim ako to zbog tehničkih razloga nije moguće.</w:t>
      </w:r>
    </w:p>
    <w:p w14:paraId="3E94A2CF" w14:textId="77777777" w:rsidR="00760709" w:rsidRDefault="00000000">
      <w:pPr>
        <w:jc w:val="both"/>
      </w:pPr>
      <w:r>
        <w:t>(4) Postupak zaprimanja, otvaranja, pregleda, ocjene i odabira pravovremeno dostavljenih ponuda obavlja Tijelo nabave. Pravovremeno pristigle ponude upisuju se u upisnik o zaprimanju ponuda, kada je to primjenjivo, koji čini sastavni dio zapisnika o otvaranju, pregledu i ocjeni ponuda.</w:t>
      </w:r>
    </w:p>
    <w:p w14:paraId="6736C03B" w14:textId="77777777" w:rsidR="00760709" w:rsidRDefault="00000000">
      <w:pPr>
        <w:jc w:val="both"/>
      </w:pPr>
      <w:r>
        <w:t>(5) Ako smatra potrebnim, Tijelo nabave može u postupak pregleda i ocjene pristiglih ponuda uključiti neovisne stručne osobe i/ili tijela.</w:t>
      </w:r>
    </w:p>
    <w:p w14:paraId="3A7979E4" w14:textId="77777777" w:rsidR="00760709" w:rsidRDefault="00000000">
      <w:pPr>
        <w:jc w:val="both"/>
      </w:pPr>
      <w:r>
        <w:t>(6) Tijelo nabave će odbiti ponudu kao nevaljanu ako: a) ponuda nije dostavljena u roku određenom u pozivu za dostavu ponuda, b) ponuda nije potpuna ili nije razumljiva, a nedostatak nije moguće otkloniti pojašnjenjem ili upotpunjavanjem ponude, c) ponuda ne ispunjava uvjete ili zahtjeve iz poziva za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za dostavu ponuda, g) cijena ponude je neuobičajeno niska, a ponuditelj nije dostavio prihvatljivo obrazloženje, h) ponuda je protivna propisima ili uvjetima iz poziva za dostavu ponuda.</w:t>
      </w:r>
    </w:p>
    <w:p w14:paraId="6145ED3A" w14:textId="77777777" w:rsidR="00760709" w:rsidRDefault="00000000">
      <w:pPr>
        <w:jc w:val="both"/>
      </w:pPr>
      <w:r>
        <w:t>(7) Tijelo nabave može prihvatiti ponudu čija je cijena veća od procijenjene vrijednosti nabave ako su za tu nabavu osigurana financijska sredstva.</w:t>
      </w:r>
    </w:p>
    <w:p w14:paraId="52AABC43" w14:textId="77777777" w:rsidR="00760709" w:rsidRDefault="00000000">
      <w:pPr>
        <w:jc w:val="both"/>
      </w:pPr>
      <w:r>
        <w:t>(8) Ako financijska sredstva nisu osigurana, Tijelo nabave će odbiti takvu ponudu ili poništiti postupak jednostavne nabave.</w:t>
      </w:r>
    </w:p>
    <w:p w14:paraId="7B052948" w14:textId="77777777" w:rsidR="00760709" w:rsidRDefault="00000000">
      <w:pPr>
        <w:jc w:val="both"/>
      </w:pPr>
      <w:r>
        <w:t xml:space="preserve">(9) Tijelo nabave o postupku otvaranja, pregleda i ocjene ponuda sastavlja zapisnik, koji se uz odluku o odabiru ponude bez odgode dostavlja svakom ponuditelju koji je dostavio ponudu, na dokaziv način ili </w:t>
      </w:r>
      <w:r>
        <w:lastRenderedPageBreak/>
        <w:t>putem EOJN RH javnom objavom. Odluka o poništenju postupka dostavlja se na isti način kao i odluka o odabiru, ali samostalno, bez zapisnika, ako drukčije nije propisano pozivom za dostavu ponuda.</w:t>
      </w:r>
    </w:p>
    <w:p w14:paraId="100DB249" w14:textId="77777777" w:rsidR="00760709" w:rsidRDefault="00000000">
      <w:pPr>
        <w:jc w:val="both"/>
      </w:pPr>
      <w:r>
        <w:t>(10) Tijelo nabave može poništiti postupak jednostavne nabave osobito ako nije zaprimljena nijedna valjana ponuda, ako su cijene ponuda veće od procijenjene vrijednosti nabave i nisu osigurana dodatna financijska sredstva, ako je to potrebno radi zaštite javnog interesa ili ako su nastupile okolnosti koje onemogućuju provedbu postupka.</w:t>
      </w:r>
    </w:p>
    <w:p w14:paraId="787D4932" w14:textId="77777777" w:rsidR="00760709" w:rsidRDefault="00000000">
      <w:pPr>
        <w:jc w:val="both"/>
      </w:pPr>
      <w:r>
        <w:t>(11) Postupak jednostavne nabave u kojem je donesena odluka o odabiru završava sklapanjem ugovora s odabranim ponuditeljem ili dostavom pravovaljano potpisane i ovjerene narudžbenice odabranom ponuditelju.</w:t>
      </w:r>
    </w:p>
    <w:p w14:paraId="796E0995" w14:textId="77777777" w:rsidR="00760709" w:rsidRDefault="00000000">
      <w:pPr>
        <w:pStyle w:val="ClanakNaslov"/>
      </w:pPr>
      <w:r>
        <w:rPr>
          <w:b w:val="0"/>
        </w:rPr>
        <w:t>Rok mirovanja i izvršnost odluke</w:t>
      </w:r>
    </w:p>
    <w:p w14:paraId="0D72943D" w14:textId="77777777" w:rsidR="00760709" w:rsidRDefault="00000000">
      <w:pPr>
        <w:pStyle w:val="ClanakNaslov"/>
      </w:pPr>
      <w:r>
        <w:rPr>
          <w:b w:val="0"/>
        </w:rPr>
        <w:t>Članak 16.</w:t>
      </w:r>
    </w:p>
    <w:p w14:paraId="7FADAC6B" w14:textId="77777777" w:rsidR="00760709" w:rsidRDefault="00000000">
      <w:pPr>
        <w:jc w:val="both"/>
      </w:pPr>
      <w:r>
        <w:t>(1) U postupcima jednostavne nabave procijenjene vrijednosti jednake ili veće od 15.000,00 eura bez PDV-a, nakon dostave odluke o odabiru ponuditeljima, Naručitelj ne smije sklopiti ugovor o nabavi odnosno izdati narudžbenicu prije isteka roka za podnošenje prigovora propisanog člankom 17. stavkom 3. ovoga Pravilnika.</w:t>
      </w:r>
    </w:p>
    <w:p w14:paraId="44BC70EB" w14:textId="77777777" w:rsidR="00760709" w:rsidRDefault="00000000">
      <w:pPr>
        <w:jc w:val="both"/>
      </w:pPr>
      <w:r>
        <w:t>(2) Rok iz stavka 1. ovoga članka predstavlja rok mirovanja.</w:t>
      </w:r>
    </w:p>
    <w:p w14:paraId="0C44BE84" w14:textId="77777777" w:rsidR="00760709" w:rsidRDefault="00000000">
      <w:pPr>
        <w:jc w:val="both"/>
      </w:pPr>
      <w:r>
        <w:t>(3) Ako u roku iz stavka 1. ovoga članka nije podnesen prigovor, odluka o odabiru postaje izvršna istekom roka za podnošenje prigovora.</w:t>
      </w:r>
    </w:p>
    <w:p w14:paraId="444D8AF2" w14:textId="77777777" w:rsidR="00760709" w:rsidRDefault="00000000">
      <w:pPr>
        <w:jc w:val="both"/>
      </w:pPr>
      <w:r>
        <w:t>(4) Ako je prigovor podnesen u roku, odluka o odabiru ne može se izvršiti do donošenja odluke o prigovoru, osim u slučajevima iz članka 17. stavka 7. ovoga Pravilnika.</w:t>
      </w:r>
    </w:p>
    <w:p w14:paraId="6DD83A35" w14:textId="77777777" w:rsidR="00760709" w:rsidRDefault="00000000">
      <w:pPr>
        <w:jc w:val="both"/>
      </w:pPr>
      <w:r>
        <w:t>(5) U postupcima jednostavne nabave procijenjene vrijednosti manje od 15.000,00 eura bez PDV-a odluka o odabiru može se izvršiti odmah nakon njezina donošenja, jer se pravna zaštita u tim postupcima ne osigurava putem prigovora.</w:t>
      </w:r>
    </w:p>
    <w:p w14:paraId="1B3DEA5C" w14:textId="77777777" w:rsidR="00760709" w:rsidRDefault="00000000">
      <w:pPr>
        <w:jc w:val="both"/>
      </w:pPr>
      <w:r>
        <w:t xml:space="preserve">(6) Rok mirovanja ne primjenjuje se ako je u postupku jednostavne nabave zaprimljena samo jedna ponuda, u kojem slučaju se odluka o </w:t>
      </w:r>
      <w:proofErr w:type="spellStart"/>
      <w:r>
        <w:t>odabiru</w:t>
      </w:r>
      <w:proofErr w:type="spellEnd"/>
      <w:r>
        <w:t xml:space="preserve"> </w:t>
      </w:r>
      <w:proofErr w:type="spellStart"/>
      <w:r>
        <w:t>može</w:t>
      </w:r>
      <w:proofErr w:type="spellEnd"/>
      <w:r>
        <w:t xml:space="preserve"> </w:t>
      </w:r>
      <w:proofErr w:type="spellStart"/>
      <w:r>
        <w:t>izvršiti</w:t>
      </w:r>
      <w:proofErr w:type="spellEnd"/>
      <w:r>
        <w:t xml:space="preserve"> </w:t>
      </w:r>
      <w:proofErr w:type="spellStart"/>
      <w:r>
        <w:t>odmah</w:t>
      </w:r>
      <w:proofErr w:type="spellEnd"/>
      <w:r>
        <w:t xml:space="preserve"> </w:t>
      </w:r>
      <w:proofErr w:type="spellStart"/>
      <w:r>
        <w:t>nakon</w:t>
      </w:r>
      <w:proofErr w:type="spellEnd"/>
      <w:r>
        <w:t xml:space="preserve"> </w:t>
      </w:r>
      <w:proofErr w:type="spellStart"/>
      <w:r>
        <w:t>njezina</w:t>
      </w:r>
      <w:proofErr w:type="spellEnd"/>
      <w:r>
        <w:t xml:space="preserve"> </w:t>
      </w:r>
      <w:proofErr w:type="spellStart"/>
      <w:r>
        <w:t>donošenja</w:t>
      </w:r>
      <w:proofErr w:type="spellEnd"/>
      <w:r>
        <w:t>.</w:t>
      </w:r>
    </w:p>
    <w:p w14:paraId="62303C3E" w14:textId="77777777" w:rsidR="009555E7" w:rsidRDefault="009555E7">
      <w:pPr>
        <w:jc w:val="both"/>
      </w:pPr>
    </w:p>
    <w:p w14:paraId="31547C80" w14:textId="77777777" w:rsidR="00760709" w:rsidRDefault="00000000">
      <w:pPr>
        <w:pStyle w:val="Glava"/>
      </w:pPr>
      <w:r>
        <w:t>VI. PRAVNA ZAŠTITA</w:t>
      </w:r>
    </w:p>
    <w:p w14:paraId="1139135E" w14:textId="77777777" w:rsidR="00760709" w:rsidRDefault="00000000">
      <w:pPr>
        <w:pStyle w:val="ClanakNaslov"/>
      </w:pPr>
      <w:r>
        <w:rPr>
          <w:b w:val="0"/>
        </w:rPr>
        <w:t>Pravna zaštita – prigovor</w:t>
      </w:r>
    </w:p>
    <w:p w14:paraId="55A8C0F5" w14:textId="77777777" w:rsidR="00760709" w:rsidRDefault="00000000">
      <w:pPr>
        <w:pStyle w:val="ClanakNaslov"/>
      </w:pPr>
      <w:r>
        <w:rPr>
          <w:b w:val="0"/>
        </w:rPr>
        <w:t>Članak 17.</w:t>
      </w:r>
    </w:p>
    <w:p w14:paraId="45FF5F9B" w14:textId="77777777" w:rsidR="00760709" w:rsidRDefault="00000000">
      <w:pPr>
        <w:jc w:val="both"/>
      </w:pPr>
      <w:r>
        <w:t>(1) Gospodarski subjekt koji ima ili je imao interes za dobivanje ugovora u postupcima jednostavne nabave čija je procijenjena vrijednost veća od 15.000,00 eura bez PDV-a može podnijeti prigovor na radnje u postupku jednostavne nabave, a osobito na:</w:t>
      </w:r>
    </w:p>
    <w:p w14:paraId="710386A9" w14:textId="77777777" w:rsidR="00760709" w:rsidRDefault="00000000">
      <w:pPr>
        <w:jc w:val="both"/>
      </w:pPr>
      <w:r>
        <w:t>a) sadržaj poziva za dostavu ponuda odnosno dokumentacije o nabavi;</w:t>
      </w:r>
    </w:p>
    <w:p w14:paraId="2F51FAEE" w14:textId="77777777" w:rsidR="00760709" w:rsidRDefault="00000000">
      <w:pPr>
        <w:jc w:val="both"/>
      </w:pPr>
      <w:r>
        <w:t>b) postupak pregleda i ocjene ponuda;</w:t>
      </w:r>
    </w:p>
    <w:p w14:paraId="771447E9" w14:textId="77777777" w:rsidR="00760709" w:rsidRDefault="00000000">
      <w:pPr>
        <w:jc w:val="both"/>
      </w:pPr>
      <w:r>
        <w:t>c) odluku o odabiru ponude ili odluku o poništenju postupka jednostavne nabave.</w:t>
      </w:r>
    </w:p>
    <w:p w14:paraId="6017B279" w14:textId="77777777" w:rsidR="00760709" w:rsidRDefault="00000000">
      <w:pPr>
        <w:jc w:val="both"/>
      </w:pPr>
      <w:r>
        <w:t>(2) Prigovor mora sadržavati najmanje: podatke o gospodarskom subjektu koji podnosi prigovor, oznaku postupka jednostavne nabave, radnju Naručitelja na koju se prigovor odnosi, razloge prigovora i obrazloženje, dokaze na kojima se prigovor temelji te prijedlog načina otklanjanja navodne nepravilnosti.</w:t>
      </w:r>
    </w:p>
    <w:p w14:paraId="0826BD7A" w14:textId="77777777" w:rsidR="00760709" w:rsidRDefault="00000000">
      <w:pPr>
        <w:jc w:val="both"/>
      </w:pPr>
      <w:r>
        <w:t>(3) Prigovor iz stavka 1. ovoga članka podnosi se općinskom načelniku:</w:t>
      </w:r>
    </w:p>
    <w:p w14:paraId="513FABEA" w14:textId="77777777" w:rsidR="00760709" w:rsidRDefault="00000000">
      <w:pPr>
        <w:jc w:val="both"/>
      </w:pPr>
      <w:r>
        <w:t>a) u roku od 3 kalendarska dana od dana dostave odluke o odabiru ili odluke o poništenju postupka, kada se prigovor odnosi na te odluke odnosno postupak pregleda i ocjene ponuda;</w:t>
      </w:r>
    </w:p>
    <w:p w14:paraId="12B30B80" w14:textId="77777777" w:rsidR="00760709" w:rsidRDefault="00000000">
      <w:pPr>
        <w:jc w:val="both"/>
      </w:pPr>
      <w:r>
        <w:lastRenderedPageBreak/>
        <w:t>b) najkasnije do isteka roka za dostavu ponuda, kada se prigovor odnosi na sadržaj poziva odnosno dokumentacije o nabavi, osim ako drukčije nije propisano pozivom za dostavu ponuda ili dokumentacijom o nabavi.</w:t>
      </w:r>
    </w:p>
    <w:p w14:paraId="79CCD8A8" w14:textId="77777777" w:rsidR="00760709" w:rsidRDefault="00000000">
      <w:pPr>
        <w:jc w:val="both"/>
      </w:pPr>
      <w:r>
        <w:t>(4) Povodom prigovora može se odlučiti na način da se: a) prigovor odbaci ako nije pravodoban ili nije dopušten, b) prigovor odbije kao neosnovan, c) prigovor prihvati i naloži otklanjanje utvrđenih nepravilnosti, d) poništi postupak jednostavne nabave ili njegov dio.</w:t>
      </w:r>
    </w:p>
    <w:p w14:paraId="42A096D9" w14:textId="77777777" w:rsidR="00760709" w:rsidRDefault="00000000">
      <w:pPr>
        <w:jc w:val="both"/>
      </w:pPr>
      <w:r>
        <w:t>(5) Općinski načelnik dužan je o prigovoru odlučiti u roku od 5 kalendarskih dana od dana primitka prigovora. Odluka o prigovoru dostavlja se podnositelju prigovora elektroničkim sredstvima komunikacije putem modula jednostavne nabave EOJN RH, osim ako drukčije nije propisano pozivom za dostavu ponuda odnosno dokumentacijom o nabavi.</w:t>
      </w:r>
    </w:p>
    <w:p w14:paraId="25C7D960" w14:textId="77777777" w:rsidR="00760709" w:rsidRDefault="00000000">
      <w:pPr>
        <w:jc w:val="both"/>
      </w:pPr>
      <w:r>
        <w:t>(6) U postupcima jednostavne nabave čija je procijenjena vrijednost manja ili jednaka 15.000,00 eura bez PDV-a prigovor nije dopušten.</w:t>
      </w:r>
    </w:p>
    <w:p w14:paraId="7EEB09D8" w14:textId="77777777" w:rsidR="00760709" w:rsidRDefault="00000000">
      <w:pPr>
        <w:jc w:val="both"/>
      </w:pPr>
      <w:r>
        <w:t>(7) Podnošenje prigovora u pravilu odgađa provedbu jednostavne nabave i sklapanje ugovora odnosno izdavanje narudžbenice, osim ako općinski načelnik ocijeni da bi odgoda štetila javnom interesu ili ako je riječ o slučaju iznimne žurnosti iz članka 7. stavka 3. točke c) ovoga Pravilnika.</w:t>
      </w:r>
    </w:p>
    <w:p w14:paraId="19E598BC" w14:textId="77777777" w:rsidR="00760709" w:rsidRDefault="00000000">
      <w:pPr>
        <w:pStyle w:val="ClanakNaslov"/>
      </w:pPr>
      <w:r>
        <w:rPr>
          <w:b w:val="0"/>
        </w:rPr>
        <w:t>Članak 18.</w:t>
      </w:r>
    </w:p>
    <w:p w14:paraId="1821221E" w14:textId="77777777" w:rsidR="00760709" w:rsidRDefault="00000000">
      <w:pPr>
        <w:jc w:val="both"/>
      </w:pPr>
      <w:r>
        <w:t>(1) O prigovoru odlučuje općinski načelnik, a može posebnom odlukom za to ovlastiti i drugu osobu ili povjerenstvo.</w:t>
      </w:r>
    </w:p>
    <w:p w14:paraId="4A2686C1" w14:textId="77777777" w:rsidR="00760709" w:rsidRDefault="00000000">
      <w:pPr>
        <w:jc w:val="both"/>
      </w:pPr>
      <w:r>
        <w:t>(2) Ako općinski načelnik za odlučivanje o prigovoru imenuje jednu ili više osoba, odlukom o imenovanju određuje se njihov sastav i zadaće.</w:t>
      </w:r>
    </w:p>
    <w:p w14:paraId="430C7A3F" w14:textId="77777777" w:rsidR="00760709" w:rsidRDefault="00000000">
      <w:pPr>
        <w:jc w:val="both"/>
      </w:pPr>
      <w:r>
        <w:t>(3) Osobe koje odlučuju o prigovoru ne smiju biti osobe koje su sudjelovale u pripremi ili provedbi postupka jednostavne nabave na koji se prigovor odnosi.</w:t>
      </w:r>
    </w:p>
    <w:p w14:paraId="50BA9E73" w14:textId="77777777" w:rsidR="00760709" w:rsidRDefault="00000000">
      <w:pPr>
        <w:jc w:val="both"/>
      </w:pPr>
      <w:r>
        <w:t>(4) O odluci povodom prigovora podnositelj prigovora obavještava se bez odgode.</w:t>
      </w:r>
    </w:p>
    <w:p w14:paraId="225D7A45" w14:textId="77777777" w:rsidR="00760709" w:rsidRDefault="00000000">
      <w:pPr>
        <w:jc w:val="both"/>
      </w:pPr>
      <w:r>
        <w:t xml:space="preserve">(5) Postupak odlučivanja o prigovoru iz ovoga članka nije upravni postupak, </w:t>
      </w:r>
      <w:proofErr w:type="gramStart"/>
      <w:r>
        <w:t>a</w:t>
      </w:r>
      <w:proofErr w:type="gramEnd"/>
      <w:r>
        <w:t xml:space="preserve"> </w:t>
      </w:r>
      <w:proofErr w:type="spellStart"/>
      <w:r>
        <w:t>odluka</w:t>
      </w:r>
      <w:proofErr w:type="spellEnd"/>
      <w:r>
        <w:t xml:space="preserve"> </w:t>
      </w:r>
      <w:proofErr w:type="spellStart"/>
      <w:r>
        <w:t>Naručitelja</w:t>
      </w:r>
      <w:proofErr w:type="spellEnd"/>
      <w:r>
        <w:t xml:space="preserve"> </w:t>
      </w:r>
      <w:proofErr w:type="spellStart"/>
      <w:r>
        <w:t>nema</w:t>
      </w:r>
      <w:proofErr w:type="spellEnd"/>
      <w:r>
        <w:t xml:space="preserve"> </w:t>
      </w:r>
      <w:proofErr w:type="spellStart"/>
      <w:r>
        <w:t>svojstvo</w:t>
      </w:r>
      <w:proofErr w:type="spellEnd"/>
      <w:r>
        <w:t xml:space="preserve"> </w:t>
      </w:r>
      <w:proofErr w:type="spellStart"/>
      <w:r>
        <w:t>upravnog</w:t>
      </w:r>
      <w:proofErr w:type="spellEnd"/>
      <w:r>
        <w:t xml:space="preserve"> </w:t>
      </w:r>
      <w:proofErr w:type="spellStart"/>
      <w:r>
        <w:t>akta</w:t>
      </w:r>
      <w:proofErr w:type="spellEnd"/>
      <w:r>
        <w:t>.</w:t>
      </w:r>
    </w:p>
    <w:p w14:paraId="348EE71D" w14:textId="77777777" w:rsidR="009555E7" w:rsidRDefault="009555E7">
      <w:pPr>
        <w:jc w:val="both"/>
      </w:pPr>
    </w:p>
    <w:p w14:paraId="77287065" w14:textId="77777777" w:rsidR="00760709" w:rsidRDefault="00000000">
      <w:pPr>
        <w:pStyle w:val="Glava"/>
      </w:pPr>
      <w:r>
        <w:t>VII. SKLAPANJE UGOVORA I MOGUĆNOST IZMJENE UGOVORA</w:t>
      </w:r>
    </w:p>
    <w:p w14:paraId="656CCFE5" w14:textId="77777777" w:rsidR="00760709" w:rsidRDefault="00000000">
      <w:pPr>
        <w:pStyle w:val="ClanakNaslov"/>
      </w:pPr>
      <w:r>
        <w:rPr>
          <w:b w:val="0"/>
        </w:rPr>
        <w:t>Sklapanje ugovora</w:t>
      </w:r>
    </w:p>
    <w:p w14:paraId="1A70721D" w14:textId="77777777" w:rsidR="00760709" w:rsidRDefault="00000000">
      <w:pPr>
        <w:pStyle w:val="ClanakNaslov"/>
      </w:pPr>
      <w:r>
        <w:rPr>
          <w:b w:val="0"/>
        </w:rPr>
        <w:t>Članak 19.</w:t>
      </w:r>
    </w:p>
    <w:p w14:paraId="66D687EB" w14:textId="77777777" w:rsidR="00760709" w:rsidRDefault="00000000">
      <w:pPr>
        <w:jc w:val="both"/>
      </w:pPr>
      <w:r>
        <w:t>(1) Po izvršnosti odluke o odabiru Naručitelj i odabrani ponuditelj sklapaju ugovor o jednostavnoj nabavi u pisanom obliku, odnosno Naručitelj izdaje narudžbenicu odabranom ponuditelju.</w:t>
      </w:r>
    </w:p>
    <w:p w14:paraId="4F2923DA" w14:textId="77777777" w:rsidR="00760709" w:rsidRDefault="00000000">
      <w:pPr>
        <w:jc w:val="both"/>
      </w:pPr>
      <w:r>
        <w:t>(2) Ugovori o jednostavnoj nabavi sklopljeni temeljem postupaka koji se provode putem modula jednostavne nabave EOJN RH mogu se razmijeniti u digitalnom obliku između ugovornih strana uz korištenje kvalificiranog elektroničkog potpisa, kada je to primjenjivo sukladno Zakonu i tehničkim mogućnostima EOJN RH.</w:t>
      </w:r>
    </w:p>
    <w:p w14:paraId="78514818" w14:textId="77777777" w:rsidR="00760709" w:rsidRDefault="00000000">
      <w:pPr>
        <w:jc w:val="both"/>
      </w:pPr>
      <w:r>
        <w:t>(3) Ugovor o jednostavnoj nabavi mora sadržavati sve bitne sastojke ponude i biti u skladu s uvjetima iz poziva za dostavu ponuda i odabranom ponudom.</w:t>
      </w:r>
    </w:p>
    <w:p w14:paraId="6147C21E" w14:textId="77777777" w:rsidR="00760709" w:rsidRDefault="00000000">
      <w:pPr>
        <w:pStyle w:val="ClanakNaslov"/>
      </w:pPr>
      <w:r>
        <w:rPr>
          <w:b w:val="0"/>
        </w:rPr>
        <w:t>Izmjena ugovora</w:t>
      </w:r>
    </w:p>
    <w:p w14:paraId="18EEED6A" w14:textId="77777777" w:rsidR="00760709" w:rsidRDefault="00000000">
      <w:pPr>
        <w:pStyle w:val="ClanakNaslov"/>
      </w:pPr>
      <w:r>
        <w:rPr>
          <w:b w:val="0"/>
        </w:rPr>
        <w:t>Članak 20.</w:t>
      </w:r>
    </w:p>
    <w:p w14:paraId="2116C04B" w14:textId="77777777" w:rsidR="00760709" w:rsidRDefault="00000000">
      <w:pPr>
        <w:jc w:val="both"/>
      </w:pPr>
      <w:r>
        <w:t>(1) Ugovor o nabavi sklopljen u postupku jednostavne nabave može se izmijeniti tijekom njegova trajanja odgovarajućom primjenom odredbi članaka 315. do 321. Zakona, osobito pazeći da se time ne mijenja bitno predmet ugovora niti narušavaju načela javne nabave.</w:t>
      </w:r>
    </w:p>
    <w:p w14:paraId="00DBCD59" w14:textId="77777777" w:rsidR="00760709" w:rsidRDefault="00000000">
      <w:pPr>
        <w:jc w:val="both"/>
      </w:pPr>
      <w:r>
        <w:t xml:space="preserve">(2) Izmjene ugovora osobito su dopuštene ako se odnose na manje tehničke prilagodbe koje ne mijenjaju prirodu predmeta nabave, produženje rokova izvršenja ugovora zbog objektivnih okolnosti </w:t>
      </w:r>
      <w:r>
        <w:lastRenderedPageBreak/>
        <w:t>koje Naručitelj nije mogao predvidjeti ili promjene koje su nužne radi urednog izvršenja ugovora, ako ne mijenjaju bitne elemente ugovora.</w:t>
      </w:r>
    </w:p>
    <w:p w14:paraId="0B61897B" w14:textId="77777777" w:rsidR="00760709" w:rsidRDefault="00000000">
      <w:pPr>
        <w:jc w:val="both"/>
      </w:pPr>
      <w:r>
        <w:t>(3) Izmjene ugovora ne smiju imati za posljedicu promjenu predmeta nabave, promjenu kriterija na temelju kojih je ponuda odabrana ili značajno povećanje vrijednosti ugovora koje bi utjecalo na izbor postupka nabave.</w:t>
      </w:r>
    </w:p>
    <w:p w14:paraId="37E3E55D" w14:textId="77777777" w:rsidR="00760709" w:rsidRDefault="00000000">
      <w:pPr>
        <w:jc w:val="both"/>
      </w:pPr>
      <w:r>
        <w:t>(4) Svaka izmjena ugovora mora biti pisano obrazložena i dokumentirana u dokumentaciji postupka.</w:t>
      </w:r>
    </w:p>
    <w:p w14:paraId="3CE2F02C" w14:textId="77777777" w:rsidR="00760709" w:rsidRDefault="00000000">
      <w:pPr>
        <w:jc w:val="both"/>
      </w:pPr>
      <w:r>
        <w:t xml:space="preserve">(5) Ako izmjena ugovora podrazumijeva značajno povećanje vrijednosti ugovora ili promjenu predmeta nabave, Naručitelj je dužan </w:t>
      </w:r>
      <w:proofErr w:type="spellStart"/>
      <w:r>
        <w:t>provesti</w:t>
      </w:r>
      <w:proofErr w:type="spellEnd"/>
      <w:r>
        <w:t xml:space="preserve"> novi </w:t>
      </w:r>
      <w:proofErr w:type="spellStart"/>
      <w:r>
        <w:t>postupak</w:t>
      </w:r>
      <w:proofErr w:type="spellEnd"/>
      <w:r>
        <w:t xml:space="preserve"> </w:t>
      </w:r>
      <w:proofErr w:type="spellStart"/>
      <w:r>
        <w:t>nabave</w:t>
      </w:r>
      <w:proofErr w:type="spellEnd"/>
      <w:r>
        <w:t xml:space="preserve"> </w:t>
      </w:r>
      <w:proofErr w:type="spellStart"/>
      <w:r>
        <w:t>sukladno</w:t>
      </w:r>
      <w:proofErr w:type="spellEnd"/>
      <w:r>
        <w:t xml:space="preserve"> </w:t>
      </w:r>
      <w:proofErr w:type="spellStart"/>
      <w:r>
        <w:t>ovom</w:t>
      </w:r>
      <w:proofErr w:type="spellEnd"/>
      <w:r>
        <w:t xml:space="preserve"> </w:t>
      </w:r>
      <w:proofErr w:type="spellStart"/>
      <w:r>
        <w:t>Pravilniku</w:t>
      </w:r>
      <w:proofErr w:type="spellEnd"/>
      <w:r>
        <w:t>.</w:t>
      </w:r>
    </w:p>
    <w:p w14:paraId="01F367F3" w14:textId="77777777" w:rsidR="009555E7" w:rsidRDefault="009555E7">
      <w:pPr>
        <w:jc w:val="both"/>
      </w:pPr>
    </w:p>
    <w:p w14:paraId="69249FCC" w14:textId="77777777" w:rsidR="00760709" w:rsidRDefault="00000000">
      <w:pPr>
        <w:pStyle w:val="Glava"/>
      </w:pPr>
      <w:r>
        <w:t>VIII. IZVRŠENJE UGOVORA</w:t>
      </w:r>
    </w:p>
    <w:p w14:paraId="3D1350D1" w14:textId="77777777" w:rsidR="00760709" w:rsidRDefault="00000000">
      <w:pPr>
        <w:pStyle w:val="ClanakNaslov"/>
      </w:pPr>
      <w:r>
        <w:rPr>
          <w:b w:val="0"/>
        </w:rPr>
        <w:t>Izvršenje jednostavne nabave</w:t>
      </w:r>
    </w:p>
    <w:p w14:paraId="2910377F" w14:textId="77777777" w:rsidR="00760709" w:rsidRDefault="00000000">
      <w:pPr>
        <w:pStyle w:val="ClanakNaslov"/>
      </w:pPr>
      <w:r>
        <w:rPr>
          <w:b w:val="0"/>
        </w:rPr>
        <w:t>Članak 21.</w:t>
      </w:r>
    </w:p>
    <w:p w14:paraId="6E2DC73E" w14:textId="77777777" w:rsidR="00760709" w:rsidRDefault="00000000">
      <w:pPr>
        <w:jc w:val="both"/>
      </w:pPr>
      <w:r>
        <w:t>(1) Izvršenje jednostavne nabave mora biti u skladu s uvjetima određenima u pozivu za dostavu ponuda, dokumentacijom o nabavi, odabranom ponudom, izdanom narudžbenicom i sklopljenim ugovorom.</w:t>
      </w:r>
    </w:p>
    <w:p w14:paraId="6D4199FF" w14:textId="77777777" w:rsidR="00760709" w:rsidRDefault="00000000">
      <w:pPr>
        <w:jc w:val="both"/>
      </w:pPr>
      <w:r>
        <w:t>(2) Osoba zadužena za praćenje izvršenja ugovora odnosno narudžbenice obvezna je kontrolirati i pratiti izvršenje, osobito poštivanje ugovorenih rokova, financijsku realizaciju, ugovorene i stvarno nabavljene količine, kvalitetu izvršenja predmeta nabave te primopredaju robe, radova i usluga.</w:t>
      </w:r>
    </w:p>
    <w:p w14:paraId="08BDAAE0" w14:textId="77777777" w:rsidR="00760709" w:rsidRDefault="00000000">
      <w:pPr>
        <w:jc w:val="both"/>
      </w:pPr>
      <w:r>
        <w:t>(3) Odgovornu osobu za praćenje izvršenja pojedinog ugovora ili narudžbenice određuje pročelnik Jedinstvenog upravnog odjela, odnosno općinski načelnik kada je to potrebno s obzirom na vrijednost, složenost ili značaj predmeta nabave.</w:t>
      </w:r>
    </w:p>
    <w:p w14:paraId="6F5101C1" w14:textId="77777777" w:rsidR="00760709" w:rsidRDefault="00000000">
      <w:pPr>
        <w:jc w:val="both"/>
      </w:pPr>
      <w:r>
        <w:t>(4) Odgovorna osoba za praćenje izvršenja ugovora obvezna je o uočenim nepravilnostima ili odstupanjima od ugovorenih uvjeta bez odgode obavijestiti pročelnika Jedinstvenog upravnog odjela i Tijelo nabave radi poduzimanja odgovarajućih mjera.</w:t>
      </w:r>
    </w:p>
    <w:p w14:paraId="11BD33AA" w14:textId="77777777" w:rsidR="00760709" w:rsidRDefault="00000000">
      <w:pPr>
        <w:jc w:val="both"/>
      </w:pPr>
      <w:r>
        <w:t>(5) U slučaju neispunjenja ugovornih obveza od strane odabranog ponuditelja, Naručitelj može pokrenuti postupak raskida ugovora sukladno odredbama sklopljenog ugovora i propisima obveznog prava.</w:t>
      </w:r>
    </w:p>
    <w:p w14:paraId="2273BFA0" w14:textId="77777777" w:rsidR="00760709" w:rsidRDefault="00000000">
      <w:pPr>
        <w:jc w:val="both"/>
      </w:pPr>
      <w:r>
        <w:t>(6) Najkasnije 30 dana nakon izvršenja jednostavne nabave i konačne isplate ugovaratelju, odgovorna osoba za praćenje izvršenja obvezna je dostaviti Tijelu nabave Izvješće o izvršenju jednostavne nabave radi ažuriranja podataka u registru ugovora. Obrazac Izvješća o izvršenju jednostavne nabave nalazi se u Prilogu II. ovoga Pravilnika i čini njegov sastavni dio.</w:t>
      </w:r>
    </w:p>
    <w:p w14:paraId="4D8B1FD0" w14:textId="77777777" w:rsidR="00760709" w:rsidRDefault="00000000">
      <w:pPr>
        <w:jc w:val="both"/>
      </w:pPr>
      <w:r>
        <w:t xml:space="preserve">(7) Izvješće o izvršenju jednostavne nabave sadrži najmanje sljedeće podatke: naziv predmeta nabave, naziv, adresu i OIB odabranog ponuditelja odnosno ugovorne strane, ugovoreni iznos za predmet jednostavne nabave, datum izvršenja jednostavne nabave te obrazloženje ako je rok izvršenja dulji od ugovorenog, konačni iznos koji je isplaćen te obrazloženje </w:t>
      </w:r>
      <w:proofErr w:type="spellStart"/>
      <w:r>
        <w:t>ako</w:t>
      </w:r>
      <w:proofErr w:type="spellEnd"/>
      <w:r>
        <w:t xml:space="preserve"> je taj </w:t>
      </w:r>
      <w:proofErr w:type="spellStart"/>
      <w:r>
        <w:t>iznos</w:t>
      </w:r>
      <w:proofErr w:type="spellEnd"/>
      <w:r>
        <w:t xml:space="preserve"> </w:t>
      </w:r>
      <w:proofErr w:type="spellStart"/>
      <w:r>
        <w:t>veći</w:t>
      </w:r>
      <w:proofErr w:type="spellEnd"/>
      <w:r>
        <w:t xml:space="preserve"> </w:t>
      </w:r>
      <w:proofErr w:type="spellStart"/>
      <w:r>
        <w:t>od</w:t>
      </w:r>
      <w:proofErr w:type="spellEnd"/>
      <w:r>
        <w:t xml:space="preserve"> </w:t>
      </w:r>
      <w:proofErr w:type="spellStart"/>
      <w:r>
        <w:t>ugovorenog</w:t>
      </w:r>
      <w:proofErr w:type="spellEnd"/>
      <w:r>
        <w:t>.</w:t>
      </w:r>
    </w:p>
    <w:p w14:paraId="5ACC61E8" w14:textId="77777777" w:rsidR="009555E7" w:rsidRDefault="009555E7">
      <w:pPr>
        <w:jc w:val="both"/>
      </w:pPr>
    </w:p>
    <w:p w14:paraId="6D503B5D" w14:textId="77777777" w:rsidR="00760709" w:rsidRDefault="00000000">
      <w:pPr>
        <w:pStyle w:val="Glava"/>
      </w:pPr>
      <w:r>
        <w:t>IX. REGISTAR UGOVORA I EVIDENCIJA PONUDITELJA</w:t>
      </w:r>
    </w:p>
    <w:p w14:paraId="3A023F98" w14:textId="77777777" w:rsidR="00760709" w:rsidRDefault="00000000">
      <w:pPr>
        <w:pStyle w:val="ClanakNaslov"/>
      </w:pPr>
      <w:r>
        <w:rPr>
          <w:b w:val="0"/>
        </w:rPr>
        <w:t>Registar ugovora</w:t>
      </w:r>
    </w:p>
    <w:p w14:paraId="034E77C6" w14:textId="77777777" w:rsidR="00760709" w:rsidRDefault="00000000">
      <w:pPr>
        <w:pStyle w:val="ClanakNaslov"/>
      </w:pPr>
      <w:r>
        <w:rPr>
          <w:b w:val="0"/>
        </w:rPr>
        <w:t>Članak 22.</w:t>
      </w:r>
    </w:p>
    <w:p w14:paraId="74559A54" w14:textId="77777777" w:rsidR="00760709" w:rsidRDefault="00000000">
      <w:pPr>
        <w:jc w:val="both"/>
      </w:pPr>
      <w:r>
        <w:t>(1) Tijelo nabave obvezno je na temelju sklopljenih ugovora i izdanih narudžbenica iz ovoga Pravilnika voditi registar za predmete nabave čija je procijenjena vrijednost jednaka ili veća od 5.000,00 eura bez PDV-a.</w:t>
      </w:r>
    </w:p>
    <w:p w14:paraId="130E7996" w14:textId="77777777" w:rsidR="00760709" w:rsidRDefault="00000000">
      <w:pPr>
        <w:jc w:val="both"/>
      </w:pPr>
      <w:r>
        <w:lastRenderedPageBreak/>
        <w:t>(2) Registar sadrži najmanje sljedeće podatke: predmet nabave/ugovora, iznos sklopljenog ugovora, naziv odabranog ponuditelja/ugovaratelja, konačni iznos koji je isplaćen odabranom ponuditelju/ugovaratelju te obrazloženje ako je taj iznos veći od ugovorenog.</w:t>
      </w:r>
    </w:p>
    <w:p w14:paraId="2D5B3DA5" w14:textId="77777777" w:rsidR="00760709" w:rsidRDefault="00000000">
      <w:pPr>
        <w:jc w:val="both"/>
      </w:pPr>
      <w:r>
        <w:t>(3) Registar ugovora i okvirnih sporazuma objavljuje se u EOJN RH sukladno članku 28. Zakona.</w:t>
      </w:r>
    </w:p>
    <w:p w14:paraId="2058A7BA" w14:textId="77777777" w:rsidR="00760709" w:rsidRDefault="00000000">
      <w:pPr>
        <w:pStyle w:val="ClanakNaslov"/>
      </w:pPr>
      <w:r>
        <w:rPr>
          <w:b w:val="0"/>
        </w:rPr>
        <w:t>Evidencija o ponuditeljima</w:t>
      </w:r>
    </w:p>
    <w:p w14:paraId="04275AAC" w14:textId="77777777" w:rsidR="00760709" w:rsidRDefault="00000000">
      <w:pPr>
        <w:pStyle w:val="ClanakNaslov"/>
      </w:pPr>
      <w:r>
        <w:rPr>
          <w:b w:val="0"/>
        </w:rPr>
        <w:t>Članak 23.</w:t>
      </w:r>
    </w:p>
    <w:p w14:paraId="74CE32A0" w14:textId="77777777" w:rsidR="00760709" w:rsidRDefault="00000000">
      <w:pPr>
        <w:jc w:val="both"/>
      </w:pPr>
      <w:r>
        <w:t>(1) Tijelo nabave može voditi internu evidenciju o gospodarskim subjektima koji su sudjelovali u postupcima jednostavne nabave, koja sadrži osobito naziv i OIB gospodarskog subjekta, postupke jednostavne nabave u kojima je gospodarski subjekt sudjelovao te podatke o izvršenju ugovornih obveza, uključujući eventualno utvrđena odstupanja.</w:t>
      </w:r>
    </w:p>
    <w:p w14:paraId="25792288" w14:textId="77777777" w:rsidR="00760709" w:rsidRDefault="00000000">
      <w:pPr>
        <w:jc w:val="both"/>
      </w:pPr>
      <w:r>
        <w:t>(2) Evidencija iz stavka 1. ovoga članka služi Naručitelju u svrhu kvalitetnije pripreme budućih postupaka jednostavne nabave, osobito u dijelu istraživanja tržišta i odabira gospodarskih subjekata kojima će se uputiti poziv za dostavu ponuda.</w:t>
      </w:r>
    </w:p>
    <w:p w14:paraId="332E7F5E" w14:textId="77777777" w:rsidR="00760709" w:rsidRDefault="00000000">
      <w:pPr>
        <w:pStyle w:val="ClanakNaslov"/>
      </w:pPr>
      <w:r>
        <w:rPr>
          <w:b w:val="0"/>
        </w:rPr>
        <w:t>Čuvanje dokumentacije</w:t>
      </w:r>
    </w:p>
    <w:p w14:paraId="19D90953" w14:textId="77777777" w:rsidR="00760709" w:rsidRDefault="00000000">
      <w:pPr>
        <w:pStyle w:val="ClanakNaslov"/>
      </w:pPr>
      <w:r>
        <w:rPr>
          <w:b w:val="0"/>
        </w:rPr>
        <w:t>Članak 24.</w:t>
      </w:r>
    </w:p>
    <w:p w14:paraId="36477644" w14:textId="77777777" w:rsidR="00760709" w:rsidRDefault="00000000">
      <w:pPr>
        <w:jc w:val="both"/>
      </w:pPr>
      <w:r>
        <w:t>Tijelo nabave obvezno je čuvati dokumentaciju o svakom provedenom postupku jednostavne nabave najmanje 4 godine od završetka postupka jednostavne nabave, osim ako posebnim propisima nije propisan dulji rok čuvanja.</w:t>
      </w:r>
    </w:p>
    <w:p w14:paraId="6E90E29F" w14:textId="77777777" w:rsidR="00760709" w:rsidRDefault="00000000">
      <w:pPr>
        <w:pStyle w:val="Glava"/>
      </w:pPr>
      <w:r>
        <w:t>X. PRIJELAZNE I ZAVRŠNE ODREDBE</w:t>
      </w:r>
    </w:p>
    <w:p w14:paraId="4752D862" w14:textId="77777777" w:rsidR="00760709" w:rsidRDefault="00000000">
      <w:pPr>
        <w:pStyle w:val="ClanakNaslov"/>
      </w:pPr>
      <w:r>
        <w:rPr>
          <w:b w:val="0"/>
        </w:rPr>
        <w:t>Postupci u tijeku</w:t>
      </w:r>
    </w:p>
    <w:p w14:paraId="504413B9" w14:textId="77777777" w:rsidR="00760709" w:rsidRDefault="00000000">
      <w:pPr>
        <w:pStyle w:val="ClanakNaslov"/>
      </w:pPr>
      <w:r>
        <w:rPr>
          <w:b w:val="0"/>
        </w:rPr>
        <w:t>Članak 25.</w:t>
      </w:r>
    </w:p>
    <w:p w14:paraId="5EB57E2A" w14:textId="77777777" w:rsidR="00760709" w:rsidRDefault="00000000">
      <w:pPr>
        <w:jc w:val="both"/>
      </w:pPr>
      <w:r>
        <w:t>Postupci jednostavne nabave koji su započeti prema odredbama Pravilnika o provedbi postupaka jednostavne nabave u Jedinstvenom upravnom odjelu Općine Bol („Službeni glasnik Općine Bol“, broj 11/22) dovršit će se prema odredbama toga Pravilnika, sukladno članku 87. Zakona o izmjenama i dopunama Zakona o javnoj nabavi („Narodne novine“, broj 48/26).</w:t>
      </w:r>
    </w:p>
    <w:p w14:paraId="73B608EA" w14:textId="77777777" w:rsidR="00760709" w:rsidRDefault="00000000">
      <w:pPr>
        <w:pStyle w:val="ClanakNaslov"/>
      </w:pPr>
      <w:r>
        <w:rPr>
          <w:b w:val="0"/>
        </w:rPr>
        <w:t>Prestanak važenja</w:t>
      </w:r>
    </w:p>
    <w:p w14:paraId="2980FC49" w14:textId="77777777" w:rsidR="00760709" w:rsidRDefault="00000000">
      <w:pPr>
        <w:pStyle w:val="ClanakNaslov"/>
      </w:pPr>
      <w:r>
        <w:rPr>
          <w:b w:val="0"/>
        </w:rPr>
        <w:t>Članak 26.</w:t>
      </w:r>
    </w:p>
    <w:p w14:paraId="545B38FC" w14:textId="77777777" w:rsidR="00760709" w:rsidRDefault="00000000">
      <w:pPr>
        <w:jc w:val="both"/>
      </w:pPr>
      <w:r>
        <w:t>Stupanjem na snagu ovoga Pravilnika prestaje važiti Pravilnik o provedbi postupaka jednostavne nabave u Jedinstvenom upravnom odjelu Općine Bol („Službeni glasnik Općine Bol“, broj 11/22).</w:t>
      </w:r>
    </w:p>
    <w:p w14:paraId="4AA60BCA" w14:textId="77777777" w:rsidR="00760709" w:rsidRDefault="00000000">
      <w:pPr>
        <w:pStyle w:val="ClanakNaslov"/>
      </w:pPr>
      <w:r>
        <w:rPr>
          <w:b w:val="0"/>
        </w:rPr>
        <w:t>Stupanje na snagu</w:t>
      </w:r>
    </w:p>
    <w:p w14:paraId="5F1F21F7" w14:textId="77777777" w:rsidR="00760709" w:rsidRDefault="00000000">
      <w:pPr>
        <w:pStyle w:val="ClanakNaslov"/>
      </w:pPr>
      <w:r>
        <w:rPr>
          <w:b w:val="0"/>
        </w:rPr>
        <w:t>Članak 27.</w:t>
      </w:r>
    </w:p>
    <w:p w14:paraId="4866FBEA" w14:textId="77777777" w:rsidR="00760709" w:rsidRDefault="00000000">
      <w:pPr>
        <w:jc w:val="both"/>
      </w:pPr>
      <w:r>
        <w:t>Ovaj Pravilnik objavljuje se u „Službenom glasniku Općine Bol“, na internetskim stranicama Općine Bol te u EOJN RH, a stupa na snagu 1. rujna 2026. godine.</w:t>
      </w:r>
    </w:p>
    <w:p w14:paraId="31DB0B29" w14:textId="77777777" w:rsidR="00760709" w:rsidRDefault="00760709"/>
    <w:p w14:paraId="3B4804DA" w14:textId="77777777" w:rsidR="00760709" w:rsidRDefault="00000000">
      <w:r>
        <w:t>KLASA: 406-01/26-01/___</w:t>
      </w:r>
    </w:p>
    <w:p w14:paraId="54EEFAAF" w14:textId="77777777" w:rsidR="00760709" w:rsidRDefault="00000000">
      <w:r>
        <w:t>URBROJ: 2181-18-01-26-___</w:t>
      </w:r>
    </w:p>
    <w:p w14:paraId="6F13DD18" w14:textId="77777777" w:rsidR="00760709" w:rsidRDefault="00000000">
      <w:r>
        <w:t>Bol, ___. __________ 2026. godine</w:t>
      </w:r>
    </w:p>
    <w:p w14:paraId="6815D388" w14:textId="77777777" w:rsidR="00760709" w:rsidRDefault="00000000">
      <w:pPr>
        <w:jc w:val="center"/>
      </w:pPr>
      <w:r>
        <w:rPr>
          <w:b/>
        </w:rPr>
        <w:t>OPĆINSKO VIJEĆE OPĆINE BOL</w:t>
      </w:r>
    </w:p>
    <w:p w14:paraId="28610550" w14:textId="77777777" w:rsidR="00760709" w:rsidRDefault="00000000">
      <w:pPr>
        <w:jc w:val="center"/>
      </w:pPr>
      <w:r>
        <w:t>Predsjednik/Predsjednica Općinskog vijeća</w:t>
      </w:r>
    </w:p>
    <w:p w14:paraId="2D15A009" w14:textId="77777777" w:rsidR="00760709" w:rsidRDefault="00000000">
      <w:pPr>
        <w:jc w:val="center"/>
      </w:pPr>
      <w:r>
        <w:t>_____________________________</w:t>
      </w:r>
    </w:p>
    <w:p w14:paraId="31A9482C" w14:textId="77777777" w:rsidR="00760709" w:rsidRDefault="00760709"/>
    <w:p w14:paraId="46427DBA" w14:textId="77777777" w:rsidR="00760709" w:rsidRDefault="00000000">
      <w:r>
        <w:rPr>
          <w:b/>
        </w:rPr>
        <w:lastRenderedPageBreak/>
        <w:t>DOSTAVITI:</w:t>
      </w:r>
    </w:p>
    <w:p w14:paraId="7FDE15D1" w14:textId="77777777" w:rsidR="00760709" w:rsidRDefault="00000000">
      <w:r>
        <w:t>1. Jedinstveni upravni odjel Općine Bol,</w:t>
      </w:r>
    </w:p>
    <w:p w14:paraId="05F7FD8C" w14:textId="77777777" w:rsidR="00760709" w:rsidRDefault="00000000">
      <w:r>
        <w:t>2. „Službeni glasnik Općine Bol“,</w:t>
      </w:r>
    </w:p>
    <w:p w14:paraId="15C698D6" w14:textId="77777777" w:rsidR="00760709" w:rsidRDefault="00000000">
      <w:r>
        <w:t>3. Internetske stranice Općine Bol,</w:t>
      </w:r>
    </w:p>
    <w:p w14:paraId="7EE20D53" w14:textId="77777777" w:rsidR="00760709" w:rsidRDefault="00000000">
      <w:r>
        <w:t>4. Evidencija,</w:t>
      </w:r>
    </w:p>
    <w:p w14:paraId="41262336" w14:textId="77777777" w:rsidR="00760709" w:rsidRDefault="00000000">
      <w:r>
        <w:t>5. Pismohrana.</w:t>
      </w:r>
    </w:p>
    <w:p w14:paraId="6F21A468" w14:textId="77777777" w:rsidR="00760709" w:rsidRDefault="00760709"/>
    <w:p w14:paraId="1C036D9F" w14:textId="77777777" w:rsidR="009555E7" w:rsidRDefault="009555E7"/>
    <w:p w14:paraId="41236111" w14:textId="77777777" w:rsidR="009555E7" w:rsidRDefault="009555E7"/>
    <w:p w14:paraId="5C195785" w14:textId="77777777" w:rsidR="009555E7" w:rsidRDefault="009555E7"/>
    <w:p w14:paraId="42D43B4E" w14:textId="77777777" w:rsidR="009555E7" w:rsidRDefault="009555E7"/>
    <w:p w14:paraId="45463E09" w14:textId="77777777" w:rsidR="009555E7" w:rsidRDefault="009555E7"/>
    <w:p w14:paraId="0DCC2C6F" w14:textId="77777777" w:rsidR="009555E7" w:rsidRDefault="009555E7"/>
    <w:p w14:paraId="335ECC9D" w14:textId="77777777" w:rsidR="009555E7" w:rsidRDefault="009555E7"/>
    <w:p w14:paraId="62A6FAF1" w14:textId="77777777" w:rsidR="009555E7" w:rsidRDefault="009555E7"/>
    <w:p w14:paraId="073DD953" w14:textId="77777777" w:rsidR="009555E7" w:rsidRDefault="009555E7"/>
    <w:p w14:paraId="6EB004FC" w14:textId="77777777" w:rsidR="009555E7" w:rsidRDefault="009555E7"/>
    <w:p w14:paraId="5AF326AC" w14:textId="77777777" w:rsidR="009555E7" w:rsidRDefault="009555E7"/>
    <w:p w14:paraId="7970BC7A" w14:textId="77777777" w:rsidR="009555E7" w:rsidRDefault="009555E7"/>
    <w:p w14:paraId="71A8F3FE" w14:textId="77777777" w:rsidR="009555E7" w:rsidRDefault="009555E7"/>
    <w:p w14:paraId="57CBED0C" w14:textId="77777777" w:rsidR="009555E7" w:rsidRDefault="009555E7"/>
    <w:p w14:paraId="6F11F750" w14:textId="77777777" w:rsidR="009555E7" w:rsidRDefault="009555E7"/>
    <w:p w14:paraId="6948E4CB" w14:textId="77777777" w:rsidR="009555E7" w:rsidRDefault="009555E7"/>
    <w:p w14:paraId="010C4E9A" w14:textId="77777777" w:rsidR="009555E7" w:rsidRDefault="009555E7"/>
    <w:p w14:paraId="60D16AD0" w14:textId="77777777" w:rsidR="009555E7" w:rsidRDefault="009555E7"/>
    <w:p w14:paraId="38BFC981" w14:textId="77777777" w:rsidR="009555E7" w:rsidRDefault="009555E7"/>
    <w:p w14:paraId="58BA9CAA" w14:textId="77777777" w:rsidR="009555E7" w:rsidRDefault="009555E7"/>
    <w:p w14:paraId="00A72D7E" w14:textId="77777777" w:rsidR="009555E7" w:rsidRDefault="009555E7"/>
    <w:p w14:paraId="29149452" w14:textId="77777777" w:rsidR="009555E7" w:rsidRDefault="009555E7"/>
    <w:p w14:paraId="09E6CFA1" w14:textId="77777777" w:rsidR="009555E7" w:rsidRDefault="009555E7"/>
    <w:p w14:paraId="0D9B0BB6" w14:textId="77777777" w:rsidR="009555E7" w:rsidRDefault="009555E7"/>
    <w:p w14:paraId="43096A6D" w14:textId="77777777" w:rsidR="009555E7" w:rsidRDefault="009555E7"/>
    <w:p w14:paraId="732480B4" w14:textId="77777777" w:rsidR="009555E7" w:rsidRDefault="009555E7"/>
    <w:p w14:paraId="4206CB1F" w14:textId="77777777" w:rsidR="009555E7" w:rsidRDefault="009555E7"/>
    <w:p w14:paraId="585DA9EB" w14:textId="77777777" w:rsidR="009555E7" w:rsidRDefault="009555E7"/>
    <w:p w14:paraId="3FF4BE09" w14:textId="77777777" w:rsidR="009555E7" w:rsidRDefault="009555E7"/>
    <w:p w14:paraId="329FAB57" w14:textId="77777777" w:rsidR="009555E7" w:rsidRDefault="009555E7"/>
    <w:p w14:paraId="7D166C26" w14:textId="77777777" w:rsidR="009555E7" w:rsidRDefault="009555E7"/>
    <w:p w14:paraId="0E39044F" w14:textId="77777777" w:rsidR="009555E7" w:rsidRDefault="009555E7"/>
    <w:p w14:paraId="78AD2928" w14:textId="77777777" w:rsidR="00760709" w:rsidRDefault="00000000">
      <w:r>
        <w:rPr>
          <w:b/>
        </w:rPr>
        <w:lastRenderedPageBreak/>
        <w:t>PRILOG I.</w:t>
      </w:r>
    </w:p>
    <w:p w14:paraId="2610DBA5" w14:textId="77777777" w:rsidR="00760709" w:rsidRDefault="00000000">
      <w:r>
        <w:rPr>
          <w:b/>
        </w:rPr>
        <w:t>Obrazac – Zahtjev za pokretanje nabave</w:t>
      </w:r>
    </w:p>
    <w:p w14:paraId="6FC70302" w14:textId="77777777" w:rsidR="00760709" w:rsidRDefault="00000000">
      <w:pPr>
        <w:pStyle w:val="Glava"/>
      </w:pPr>
      <w:r>
        <w:rPr>
          <w:b w:val="0"/>
        </w:rPr>
        <w:t>ZAHTJEV ZA POKRETANJE NABAVE</w:t>
      </w:r>
    </w:p>
    <w:tbl>
      <w:tblPr>
        <w:tblW w:w="0" w:type="auto"/>
        <w:jc w:val="center"/>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ayout w:type="fixed"/>
        <w:tblLook w:val="04A0" w:firstRow="1" w:lastRow="0" w:firstColumn="1" w:lastColumn="0" w:noHBand="0" w:noVBand="1"/>
      </w:tblPr>
      <w:tblGrid>
        <w:gridCol w:w="680"/>
        <w:gridCol w:w="3231"/>
        <w:gridCol w:w="5722"/>
      </w:tblGrid>
      <w:tr w:rsidR="00760709" w14:paraId="5475226A" w14:textId="77777777">
        <w:trPr>
          <w:jc w:val="center"/>
        </w:trPr>
        <w:tc>
          <w:tcPr>
            <w:tcW w:w="9633" w:type="dxa"/>
            <w:gridSpan w:val="3"/>
            <w:shd w:val="clear" w:color="auto" w:fill="B9CBEA"/>
          </w:tcPr>
          <w:p w14:paraId="40CB5B2A" w14:textId="77777777" w:rsidR="00760709" w:rsidRDefault="00000000">
            <w:pPr>
              <w:jc w:val="center"/>
            </w:pPr>
            <w:r>
              <w:rPr>
                <w:b/>
              </w:rPr>
              <w:t>ZAHTJEV ZA POKRETANJE NABAVE</w:t>
            </w:r>
          </w:p>
        </w:tc>
      </w:tr>
      <w:tr w:rsidR="00760709" w14:paraId="07535B07" w14:textId="77777777">
        <w:trPr>
          <w:jc w:val="center"/>
        </w:trPr>
        <w:tc>
          <w:tcPr>
            <w:tcW w:w="680" w:type="dxa"/>
            <w:shd w:val="clear" w:color="auto" w:fill="DDEBF7"/>
            <w:vAlign w:val="center"/>
          </w:tcPr>
          <w:p w14:paraId="2CB61347" w14:textId="77777777" w:rsidR="00760709" w:rsidRDefault="00000000">
            <w:pPr>
              <w:jc w:val="center"/>
            </w:pPr>
            <w:r>
              <w:rPr>
                <w:b/>
                <w:sz w:val="18"/>
              </w:rPr>
              <w:t>1.</w:t>
            </w:r>
          </w:p>
        </w:tc>
        <w:tc>
          <w:tcPr>
            <w:tcW w:w="3231" w:type="dxa"/>
            <w:shd w:val="clear" w:color="auto" w:fill="DDEBF7"/>
            <w:vAlign w:val="center"/>
          </w:tcPr>
          <w:p w14:paraId="600E4B4E" w14:textId="77777777" w:rsidR="00760709" w:rsidRDefault="00000000">
            <w:r>
              <w:rPr>
                <w:b/>
                <w:sz w:val="18"/>
              </w:rPr>
              <w:t>Nositelj potrebe / organizacijska jedinica Općine Bol</w:t>
            </w:r>
          </w:p>
        </w:tc>
        <w:tc>
          <w:tcPr>
            <w:tcW w:w="5386" w:type="dxa"/>
            <w:vAlign w:val="center"/>
          </w:tcPr>
          <w:p w14:paraId="1F6BD83D" w14:textId="77777777" w:rsidR="00760709" w:rsidRDefault="00760709"/>
        </w:tc>
      </w:tr>
      <w:tr w:rsidR="00760709" w14:paraId="1DC2C7DD" w14:textId="77777777">
        <w:trPr>
          <w:jc w:val="center"/>
        </w:trPr>
        <w:tc>
          <w:tcPr>
            <w:tcW w:w="680" w:type="dxa"/>
            <w:shd w:val="clear" w:color="auto" w:fill="DDEBF7"/>
            <w:vAlign w:val="center"/>
          </w:tcPr>
          <w:p w14:paraId="23D7DE3B" w14:textId="77777777" w:rsidR="00760709" w:rsidRDefault="00000000">
            <w:pPr>
              <w:jc w:val="center"/>
            </w:pPr>
            <w:r>
              <w:rPr>
                <w:b/>
                <w:sz w:val="18"/>
              </w:rPr>
              <w:t>2.</w:t>
            </w:r>
          </w:p>
        </w:tc>
        <w:tc>
          <w:tcPr>
            <w:tcW w:w="3231" w:type="dxa"/>
            <w:shd w:val="clear" w:color="auto" w:fill="DDEBF7"/>
            <w:vAlign w:val="center"/>
          </w:tcPr>
          <w:p w14:paraId="2B754A3D" w14:textId="77777777" w:rsidR="00760709" w:rsidRDefault="00000000">
            <w:r>
              <w:rPr>
                <w:b/>
                <w:sz w:val="18"/>
              </w:rPr>
              <w:t>Predmet nabave (iz Plana nabave)</w:t>
            </w:r>
          </w:p>
        </w:tc>
        <w:tc>
          <w:tcPr>
            <w:tcW w:w="5386" w:type="dxa"/>
            <w:vAlign w:val="center"/>
          </w:tcPr>
          <w:p w14:paraId="4DADC09B" w14:textId="77777777" w:rsidR="00760709" w:rsidRDefault="00760709"/>
        </w:tc>
      </w:tr>
      <w:tr w:rsidR="00760709" w14:paraId="3874D335" w14:textId="77777777">
        <w:trPr>
          <w:jc w:val="center"/>
        </w:trPr>
        <w:tc>
          <w:tcPr>
            <w:tcW w:w="680" w:type="dxa"/>
            <w:shd w:val="clear" w:color="auto" w:fill="DDEBF7"/>
            <w:vAlign w:val="center"/>
          </w:tcPr>
          <w:p w14:paraId="547A1CAF" w14:textId="77777777" w:rsidR="00760709" w:rsidRDefault="00000000">
            <w:pPr>
              <w:jc w:val="center"/>
            </w:pPr>
            <w:r>
              <w:rPr>
                <w:b/>
                <w:sz w:val="18"/>
              </w:rPr>
              <w:t>3.</w:t>
            </w:r>
          </w:p>
        </w:tc>
        <w:tc>
          <w:tcPr>
            <w:tcW w:w="3231" w:type="dxa"/>
            <w:shd w:val="clear" w:color="auto" w:fill="DDEBF7"/>
            <w:vAlign w:val="center"/>
          </w:tcPr>
          <w:p w14:paraId="6BAB56A3" w14:textId="77777777" w:rsidR="00760709" w:rsidRDefault="00000000">
            <w:r>
              <w:rPr>
                <w:b/>
                <w:sz w:val="18"/>
              </w:rPr>
              <w:t>Evidencijski broj nabave (iz Plana nabave)</w:t>
            </w:r>
          </w:p>
        </w:tc>
        <w:tc>
          <w:tcPr>
            <w:tcW w:w="5386" w:type="dxa"/>
            <w:vAlign w:val="center"/>
          </w:tcPr>
          <w:p w14:paraId="2727AF17" w14:textId="77777777" w:rsidR="00760709" w:rsidRDefault="00760709"/>
        </w:tc>
      </w:tr>
      <w:tr w:rsidR="00760709" w14:paraId="4847E959" w14:textId="77777777">
        <w:trPr>
          <w:jc w:val="center"/>
        </w:trPr>
        <w:tc>
          <w:tcPr>
            <w:tcW w:w="680" w:type="dxa"/>
            <w:shd w:val="clear" w:color="auto" w:fill="DDEBF7"/>
            <w:vAlign w:val="center"/>
          </w:tcPr>
          <w:p w14:paraId="74D76786" w14:textId="77777777" w:rsidR="00760709" w:rsidRDefault="00000000">
            <w:pPr>
              <w:jc w:val="center"/>
            </w:pPr>
            <w:r>
              <w:rPr>
                <w:b/>
                <w:sz w:val="18"/>
              </w:rPr>
              <w:t>4.</w:t>
            </w:r>
          </w:p>
        </w:tc>
        <w:tc>
          <w:tcPr>
            <w:tcW w:w="3231" w:type="dxa"/>
            <w:shd w:val="clear" w:color="auto" w:fill="DDEBF7"/>
            <w:vAlign w:val="center"/>
          </w:tcPr>
          <w:p w14:paraId="06AB86A1" w14:textId="77777777" w:rsidR="00760709" w:rsidRDefault="00000000">
            <w:r>
              <w:rPr>
                <w:b/>
                <w:sz w:val="18"/>
              </w:rPr>
              <w:t>Procijenjena vrijednost nabave (eura bez PDV-a)</w:t>
            </w:r>
          </w:p>
        </w:tc>
        <w:tc>
          <w:tcPr>
            <w:tcW w:w="5386" w:type="dxa"/>
            <w:vAlign w:val="center"/>
          </w:tcPr>
          <w:p w14:paraId="7D588735" w14:textId="77777777" w:rsidR="00760709" w:rsidRDefault="00760709"/>
        </w:tc>
      </w:tr>
      <w:tr w:rsidR="00760709" w14:paraId="4095F620" w14:textId="77777777">
        <w:trPr>
          <w:jc w:val="center"/>
        </w:trPr>
        <w:tc>
          <w:tcPr>
            <w:tcW w:w="680" w:type="dxa"/>
            <w:shd w:val="clear" w:color="auto" w:fill="DDEBF7"/>
            <w:vAlign w:val="center"/>
          </w:tcPr>
          <w:p w14:paraId="09CFE728" w14:textId="77777777" w:rsidR="00760709" w:rsidRDefault="00000000">
            <w:pPr>
              <w:jc w:val="center"/>
            </w:pPr>
            <w:r>
              <w:rPr>
                <w:b/>
                <w:sz w:val="18"/>
              </w:rPr>
              <w:t>5.</w:t>
            </w:r>
          </w:p>
        </w:tc>
        <w:tc>
          <w:tcPr>
            <w:tcW w:w="3231" w:type="dxa"/>
            <w:shd w:val="clear" w:color="auto" w:fill="DDEBF7"/>
            <w:vAlign w:val="center"/>
          </w:tcPr>
          <w:p w14:paraId="07E3AB9F" w14:textId="77777777" w:rsidR="00760709" w:rsidRDefault="00000000">
            <w:r>
              <w:rPr>
                <w:b/>
                <w:sz w:val="18"/>
              </w:rPr>
              <w:t>Izvor sredstava</w:t>
            </w:r>
          </w:p>
        </w:tc>
        <w:tc>
          <w:tcPr>
            <w:tcW w:w="5386" w:type="dxa"/>
            <w:vAlign w:val="center"/>
          </w:tcPr>
          <w:p w14:paraId="443BAE2E" w14:textId="77777777" w:rsidR="00760709" w:rsidRDefault="00760709"/>
        </w:tc>
      </w:tr>
      <w:tr w:rsidR="00760709" w14:paraId="4B775B90" w14:textId="77777777">
        <w:trPr>
          <w:jc w:val="center"/>
        </w:trPr>
        <w:tc>
          <w:tcPr>
            <w:tcW w:w="680" w:type="dxa"/>
            <w:shd w:val="clear" w:color="auto" w:fill="DDEBF7"/>
            <w:vAlign w:val="center"/>
          </w:tcPr>
          <w:p w14:paraId="540FF42E" w14:textId="77777777" w:rsidR="00760709" w:rsidRDefault="00000000">
            <w:pPr>
              <w:jc w:val="center"/>
            </w:pPr>
            <w:r>
              <w:rPr>
                <w:b/>
                <w:sz w:val="18"/>
              </w:rPr>
              <w:t>6.</w:t>
            </w:r>
          </w:p>
        </w:tc>
        <w:tc>
          <w:tcPr>
            <w:tcW w:w="3231" w:type="dxa"/>
            <w:shd w:val="clear" w:color="auto" w:fill="DDEBF7"/>
            <w:vAlign w:val="center"/>
          </w:tcPr>
          <w:p w14:paraId="0317584A" w14:textId="77777777" w:rsidR="00760709" w:rsidRDefault="00000000">
            <w:r>
              <w:rPr>
                <w:b/>
                <w:sz w:val="18"/>
              </w:rPr>
              <w:t>Oznaka pozicije Proračuna</w:t>
            </w:r>
          </w:p>
        </w:tc>
        <w:tc>
          <w:tcPr>
            <w:tcW w:w="5386" w:type="dxa"/>
            <w:vAlign w:val="center"/>
          </w:tcPr>
          <w:p w14:paraId="31A2BE9D" w14:textId="77777777" w:rsidR="00760709" w:rsidRDefault="00760709"/>
        </w:tc>
      </w:tr>
      <w:tr w:rsidR="00760709" w14:paraId="1ED8911B" w14:textId="77777777">
        <w:trPr>
          <w:jc w:val="center"/>
        </w:trPr>
        <w:tc>
          <w:tcPr>
            <w:tcW w:w="680" w:type="dxa"/>
            <w:shd w:val="clear" w:color="auto" w:fill="DDEBF7"/>
            <w:vAlign w:val="center"/>
          </w:tcPr>
          <w:p w14:paraId="3D007B94" w14:textId="77777777" w:rsidR="00760709" w:rsidRDefault="00000000">
            <w:pPr>
              <w:jc w:val="center"/>
            </w:pPr>
            <w:r>
              <w:rPr>
                <w:b/>
                <w:sz w:val="18"/>
              </w:rPr>
              <w:t>7.</w:t>
            </w:r>
          </w:p>
        </w:tc>
        <w:tc>
          <w:tcPr>
            <w:tcW w:w="3231" w:type="dxa"/>
            <w:shd w:val="clear" w:color="auto" w:fill="DDEBF7"/>
            <w:vAlign w:val="center"/>
          </w:tcPr>
          <w:p w14:paraId="5691B58E" w14:textId="77777777" w:rsidR="00760709" w:rsidRDefault="00000000">
            <w:r>
              <w:rPr>
                <w:b/>
                <w:sz w:val="18"/>
              </w:rPr>
              <w:t>Rok početka i završetka izvođenja radova / isporuke robe / pružanja usluge</w:t>
            </w:r>
          </w:p>
        </w:tc>
        <w:tc>
          <w:tcPr>
            <w:tcW w:w="5386" w:type="dxa"/>
            <w:vAlign w:val="center"/>
          </w:tcPr>
          <w:p w14:paraId="2EEEEBCB" w14:textId="77777777" w:rsidR="00760709" w:rsidRDefault="00760709"/>
        </w:tc>
      </w:tr>
      <w:tr w:rsidR="00760709" w14:paraId="2BD32B18" w14:textId="77777777">
        <w:trPr>
          <w:jc w:val="center"/>
        </w:trPr>
        <w:tc>
          <w:tcPr>
            <w:tcW w:w="680" w:type="dxa"/>
            <w:shd w:val="clear" w:color="auto" w:fill="DDEBF7"/>
            <w:vAlign w:val="center"/>
          </w:tcPr>
          <w:p w14:paraId="754381C9" w14:textId="77777777" w:rsidR="00760709" w:rsidRDefault="00000000">
            <w:pPr>
              <w:jc w:val="center"/>
            </w:pPr>
            <w:r>
              <w:rPr>
                <w:b/>
                <w:sz w:val="18"/>
              </w:rPr>
              <w:t>8.</w:t>
            </w:r>
          </w:p>
        </w:tc>
        <w:tc>
          <w:tcPr>
            <w:tcW w:w="3231" w:type="dxa"/>
            <w:shd w:val="clear" w:color="auto" w:fill="DDEBF7"/>
            <w:vAlign w:val="center"/>
          </w:tcPr>
          <w:p w14:paraId="39D6F913" w14:textId="77777777" w:rsidR="00760709" w:rsidRDefault="00000000">
            <w:r>
              <w:rPr>
                <w:b/>
                <w:sz w:val="18"/>
              </w:rPr>
              <w:t>Planirano trajanje ugovora</w:t>
            </w:r>
          </w:p>
        </w:tc>
        <w:tc>
          <w:tcPr>
            <w:tcW w:w="5386" w:type="dxa"/>
            <w:vAlign w:val="center"/>
          </w:tcPr>
          <w:p w14:paraId="071E2DE4" w14:textId="77777777" w:rsidR="00760709" w:rsidRDefault="00760709"/>
        </w:tc>
      </w:tr>
      <w:tr w:rsidR="00760709" w14:paraId="0B5BB63C" w14:textId="77777777">
        <w:trPr>
          <w:jc w:val="center"/>
        </w:trPr>
        <w:tc>
          <w:tcPr>
            <w:tcW w:w="680" w:type="dxa"/>
            <w:shd w:val="clear" w:color="auto" w:fill="DDEBF7"/>
            <w:vAlign w:val="center"/>
          </w:tcPr>
          <w:p w14:paraId="5F28F216" w14:textId="77777777" w:rsidR="00760709" w:rsidRDefault="00000000">
            <w:pPr>
              <w:jc w:val="center"/>
            </w:pPr>
            <w:r>
              <w:rPr>
                <w:b/>
                <w:sz w:val="18"/>
              </w:rPr>
              <w:t>9.</w:t>
            </w:r>
          </w:p>
        </w:tc>
        <w:tc>
          <w:tcPr>
            <w:tcW w:w="3231" w:type="dxa"/>
            <w:shd w:val="clear" w:color="auto" w:fill="DDEBF7"/>
            <w:vAlign w:val="center"/>
          </w:tcPr>
          <w:p w14:paraId="40DC22F0" w14:textId="77777777" w:rsidR="00760709" w:rsidRDefault="00000000">
            <w:r>
              <w:rPr>
                <w:b/>
                <w:sz w:val="18"/>
              </w:rPr>
              <w:t>Predstavnici / osobe koje će sudjelovati u pripremi i provedbi postupka nabave (kontakt podaci)</w:t>
            </w:r>
          </w:p>
        </w:tc>
        <w:tc>
          <w:tcPr>
            <w:tcW w:w="5386" w:type="dxa"/>
            <w:vAlign w:val="center"/>
          </w:tcPr>
          <w:p w14:paraId="58352F12" w14:textId="77777777" w:rsidR="00760709" w:rsidRDefault="00000000">
            <w:r>
              <w:rPr>
                <w:sz w:val="18"/>
              </w:rPr>
              <w:t>Ime i prezime:</w:t>
            </w:r>
            <w:r>
              <w:rPr>
                <w:sz w:val="18"/>
              </w:rPr>
              <w:br/>
              <w:t>Tel.:</w:t>
            </w:r>
            <w:r>
              <w:rPr>
                <w:sz w:val="18"/>
              </w:rPr>
              <w:br/>
              <w:t>E-mail:</w:t>
            </w:r>
            <w:r>
              <w:rPr>
                <w:sz w:val="18"/>
              </w:rPr>
              <w:br/>
              <w:t>Funkcija:</w:t>
            </w:r>
          </w:p>
        </w:tc>
      </w:tr>
      <w:tr w:rsidR="00760709" w14:paraId="5D820B6E" w14:textId="77777777">
        <w:trPr>
          <w:jc w:val="center"/>
        </w:trPr>
        <w:tc>
          <w:tcPr>
            <w:tcW w:w="680" w:type="dxa"/>
            <w:shd w:val="clear" w:color="auto" w:fill="DDEBF7"/>
            <w:vAlign w:val="center"/>
          </w:tcPr>
          <w:p w14:paraId="586AD677" w14:textId="77777777" w:rsidR="00760709" w:rsidRDefault="00000000">
            <w:pPr>
              <w:jc w:val="center"/>
            </w:pPr>
            <w:r>
              <w:rPr>
                <w:b/>
                <w:sz w:val="18"/>
              </w:rPr>
              <w:t>10.</w:t>
            </w:r>
          </w:p>
        </w:tc>
        <w:tc>
          <w:tcPr>
            <w:tcW w:w="3231" w:type="dxa"/>
            <w:shd w:val="clear" w:color="auto" w:fill="DDEBF7"/>
            <w:vAlign w:val="center"/>
          </w:tcPr>
          <w:p w14:paraId="15B275B0" w14:textId="77777777" w:rsidR="00760709" w:rsidRDefault="00000000">
            <w:r>
              <w:rPr>
                <w:b/>
                <w:sz w:val="18"/>
              </w:rPr>
              <w:t>Opis predmeta nabave i tehnički uvjeti</w:t>
            </w:r>
          </w:p>
        </w:tc>
        <w:tc>
          <w:tcPr>
            <w:tcW w:w="5386" w:type="dxa"/>
            <w:vAlign w:val="center"/>
          </w:tcPr>
          <w:p w14:paraId="7A59AE56" w14:textId="77777777" w:rsidR="00760709" w:rsidRDefault="00760709"/>
        </w:tc>
      </w:tr>
      <w:tr w:rsidR="00760709" w14:paraId="0F8AA0D8" w14:textId="77777777">
        <w:trPr>
          <w:jc w:val="center"/>
        </w:trPr>
        <w:tc>
          <w:tcPr>
            <w:tcW w:w="680" w:type="dxa"/>
            <w:shd w:val="clear" w:color="auto" w:fill="DDEBF7"/>
            <w:vAlign w:val="center"/>
          </w:tcPr>
          <w:p w14:paraId="60FD7445" w14:textId="77777777" w:rsidR="00760709" w:rsidRDefault="00000000">
            <w:pPr>
              <w:jc w:val="center"/>
            </w:pPr>
            <w:r>
              <w:rPr>
                <w:b/>
                <w:sz w:val="18"/>
              </w:rPr>
              <w:t>11.</w:t>
            </w:r>
          </w:p>
        </w:tc>
        <w:tc>
          <w:tcPr>
            <w:tcW w:w="3231" w:type="dxa"/>
            <w:shd w:val="clear" w:color="auto" w:fill="DDEBF7"/>
            <w:vAlign w:val="center"/>
          </w:tcPr>
          <w:p w14:paraId="766257D3" w14:textId="77777777" w:rsidR="00760709" w:rsidRDefault="00000000">
            <w:r>
              <w:rPr>
                <w:b/>
                <w:sz w:val="18"/>
              </w:rPr>
              <w:t>Prilozi (troškovnik, tehničke specifikacije, skice itd.)</w:t>
            </w:r>
          </w:p>
        </w:tc>
        <w:tc>
          <w:tcPr>
            <w:tcW w:w="5386" w:type="dxa"/>
            <w:vAlign w:val="center"/>
          </w:tcPr>
          <w:p w14:paraId="35D034E9" w14:textId="77777777" w:rsidR="00760709" w:rsidRDefault="00760709"/>
        </w:tc>
      </w:tr>
      <w:tr w:rsidR="00760709" w14:paraId="63BBF04B" w14:textId="77777777">
        <w:trPr>
          <w:jc w:val="center"/>
        </w:trPr>
        <w:tc>
          <w:tcPr>
            <w:tcW w:w="680" w:type="dxa"/>
            <w:shd w:val="clear" w:color="auto" w:fill="DDEBF7"/>
            <w:vAlign w:val="center"/>
          </w:tcPr>
          <w:p w14:paraId="54493BE9" w14:textId="77777777" w:rsidR="00760709" w:rsidRDefault="00000000">
            <w:pPr>
              <w:jc w:val="center"/>
            </w:pPr>
            <w:r>
              <w:rPr>
                <w:b/>
                <w:sz w:val="18"/>
              </w:rPr>
              <w:t>12.</w:t>
            </w:r>
          </w:p>
        </w:tc>
        <w:tc>
          <w:tcPr>
            <w:tcW w:w="3231" w:type="dxa"/>
            <w:shd w:val="clear" w:color="auto" w:fill="DDEBF7"/>
            <w:vAlign w:val="center"/>
          </w:tcPr>
          <w:p w14:paraId="188C3163" w14:textId="77777777" w:rsidR="00760709" w:rsidRDefault="00000000">
            <w:r>
              <w:rPr>
                <w:b/>
                <w:sz w:val="18"/>
              </w:rPr>
              <w:t>Izjava o nepostojanju sukoba interesa s gospodarskim subjektima koji se planiraju pozvati</w:t>
            </w:r>
          </w:p>
        </w:tc>
        <w:tc>
          <w:tcPr>
            <w:tcW w:w="5386" w:type="dxa"/>
            <w:vAlign w:val="center"/>
          </w:tcPr>
          <w:p w14:paraId="554F7157" w14:textId="77777777" w:rsidR="00760709" w:rsidRDefault="00760709"/>
        </w:tc>
      </w:tr>
    </w:tbl>
    <w:p w14:paraId="3BFE5758" w14:textId="77777777" w:rsidR="00760709" w:rsidRDefault="00760709"/>
    <w:tbl>
      <w:tblPr>
        <w:tblW w:w="0" w:type="auto"/>
        <w:jc w:val="center"/>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ook w:val="04A0" w:firstRow="1" w:lastRow="0" w:firstColumn="1" w:lastColumn="0" w:noHBand="0" w:noVBand="1"/>
      </w:tblPr>
      <w:tblGrid>
        <w:gridCol w:w="4805"/>
        <w:gridCol w:w="4811"/>
      </w:tblGrid>
      <w:tr w:rsidR="00760709" w14:paraId="147FCB08" w14:textId="77777777">
        <w:trPr>
          <w:jc w:val="center"/>
        </w:trPr>
        <w:tc>
          <w:tcPr>
            <w:tcW w:w="4816" w:type="dxa"/>
            <w:vAlign w:val="center"/>
          </w:tcPr>
          <w:p w14:paraId="2769AC9A" w14:textId="77777777" w:rsidR="00760709" w:rsidRDefault="00000000">
            <w:r>
              <w:rPr>
                <w:b/>
                <w:sz w:val="18"/>
              </w:rPr>
              <w:t>KLASA:</w:t>
            </w:r>
            <w:r>
              <w:rPr>
                <w:b/>
                <w:sz w:val="18"/>
              </w:rPr>
              <w:br/>
              <w:t>URBROJ:</w:t>
            </w:r>
            <w:r>
              <w:rPr>
                <w:b/>
                <w:sz w:val="18"/>
              </w:rPr>
              <w:br/>
              <w:t>Bol, ___. ___. 202_.</w:t>
            </w:r>
          </w:p>
        </w:tc>
        <w:tc>
          <w:tcPr>
            <w:tcW w:w="4816" w:type="dxa"/>
            <w:vAlign w:val="center"/>
          </w:tcPr>
          <w:p w14:paraId="1C0F5D6C" w14:textId="77777777" w:rsidR="00760709" w:rsidRDefault="00000000">
            <w:r>
              <w:rPr>
                <w:b/>
                <w:sz w:val="18"/>
              </w:rPr>
              <w:t>Ovlaštena osoba:</w:t>
            </w:r>
            <w:r>
              <w:rPr>
                <w:b/>
                <w:sz w:val="18"/>
              </w:rPr>
              <w:br/>
            </w:r>
            <w:r>
              <w:rPr>
                <w:b/>
                <w:sz w:val="18"/>
              </w:rPr>
              <w:br/>
              <w:t>_____________________________</w:t>
            </w:r>
          </w:p>
        </w:tc>
      </w:tr>
    </w:tbl>
    <w:p w14:paraId="059CC0BC" w14:textId="77777777" w:rsidR="00760709" w:rsidRDefault="00760709">
      <w:pPr>
        <w:sectPr w:rsidR="00760709">
          <w:headerReference w:type="default" r:id="rId8"/>
          <w:footerReference w:type="default" r:id="rId9"/>
          <w:pgSz w:w="12240" w:h="15840"/>
          <w:pgMar w:top="1247" w:right="1304" w:bottom="1134" w:left="1304" w:header="720" w:footer="720" w:gutter="0"/>
          <w:cols w:space="720"/>
          <w:docGrid w:linePitch="360"/>
        </w:sectPr>
      </w:pPr>
    </w:p>
    <w:p w14:paraId="699AA311" w14:textId="77777777" w:rsidR="00760709" w:rsidRDefault="00000000">
      <w:r>
        <w:rPr>
          <w:b/>
        </w:rPr>
        <w:lastRenderedPageBreak/>
        <w:t>PRILOG II.</w:t>
      </w:r>
    </w:p>
    <w:p w14:paraId="6C6EBAE9" w14:textId="77777777" w:rsidR="00760709" w:rsidRDefault="00000000">
      <w:r>
        <w:rPr>
          <w:b/>
        </w:rPr>
        <w:t>Obrazac – Izvješće o izvršenju jednostavne nabave</w:t>
      </w:r>
    </w:p>
    <w:tbl>
      <w:tblPr>
        <w:tblW w:w="0" w:type="auto"/>
        <w:jc w:val="center"/>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ook w:val="04A0" w:firstRow="1" w:lastRow="0" w:firstColumn="1" w:lastColumn="0" w:noHBand="0" w:noVBand="1"/>
      </w:tblPr>
      <w:tblGrid>
        <w:gridCol w:w="1569"/>
        <w:gridCol w:w="1569"/>
        <w:gridCol w:w="1569"/>
        <w:gridCol w:w="1570"/>
        <w:gridCol w:w="1569"/>
        <w:gridCol w:w="1570"/>
        <w:gridCol w:w="1569"/>
        <w:gridCol w:w="1569"/>
        <w:gridCol w:w="1570"/>
      </w:tblGrid>
      <w:tr w:rsidR="00760709" w14:paraId="5696EA4A" w14:textId="77777777">
        <w:trPr>
          <w:jc w:val="center"/>
        </w:trPr>
        <w:tc>
          <w:tcPr>
            <w:tcW w:w="1571" w:type="dxa"/>
            <w:shd w:val="clear" w:color="auto" w:fill="B9CBEA"/>
          </w:tcPr>
          <w:p w14:paraId="6F056085" w14:textId="77777777" w:rsidR="00760709" w:rsidRDefault="00000000">
            <w:pPr>
              <w:jc w:val="center"/>
            </w:pPr>
            <w:r>
              <w:rPr>
                <w:b/>
                <w:sz w:val="15"/>
              </w:rPr>
              <w:t>Evidencijski broj nabave</w:t>
            </w:r>
          </w:p>
        </w:tc>
        <w:tc>
          <w:tcPr>
            <w:tcW w:w="1571" w:type="dxa"/>
            <w:shd w:val="clear" w:color="auto" w:fill="B9CBEA"/>
          </w:tcPr>
          <w:p w14:paraId="3C54D377" w14:textId="77777777" w:rsidR="00760709" w:rsidRDefault="00000000">
            <w:pPr>
              <w:jc w:val="center"/>
            </w:pPr>
            <w:r>
              <w:rPr>
                <w:b/>
                <w:sz w:val="15"/>
              </w:rPr>
              <w:t>Naziv predmeta nabave</w:t>
            </w:r>
          </w:p>
        </w:tc>
        <w:tc>
          <w:tcPr>
            <w:tcW w:w="1571" w:type="dxa"/>
            <w:shd w:val="clear" w:color="auto" w:fill="B9CBEA"/>
          </w:tcPr>
          <w:p w14:paraId="1D414D88" w14:textId="77777777" w:rsidR="00760709" w:rsidRDefault="00000000">
            <w:pPr>
              <w:jc w:val="center"/>
            </w:pPr>
            <w:r>
              <w:rPr>
                <w:b/>
                <w:sz w:val="15"/>
              </w:rPr>
              <w:t>Datum sklapanja ugovora</w:t>
            </w:r>
          </w:p>
        </w:tc>
        <w:tc>
          <w:tcPr>
            <w:tcW w:w="1571" w:type="dxa"/>
            <w:shd w:val="clear" w:color="auto" w:fill="B9CBEA"/>
          </w:tcPr>
          <w:p w14:paraId="6D4810F4" w14:textId="77777777" w:rsidR="00760709" w:rsidRDefault="00000000">
            <w:pPr>
              <w:jc w:val="center"/>
            </w:pPr>
            <w:r>
              <w:rPr>
                <w:b/>
                <w:sz w:val="15"/>
              </w:rPr>
              <w:t>Iznos sklopljenog ugovora (s PDV-om)</w:t>
            </w:r>
          </w:p>
        </w:tc>
        <w:tc>
          <w:tcPr>
            <w:tcW w:w="1571" w:type="dxa"/>
            <w:shd w:val="clear" w:color="auto" w:fill="B9CBEA"/>
          </w:tcPr>
          <w:p w14:paraId="00BF437A" w14:textId="77777777" w:rsidR="00760709" w:rsidRDefault="00000000">
            <w:pPr>
              <w:jc w:val="center"/>
            </w:pPr>
            <w:r>
              <w:rPr>
                <w:b/>
                <w:sz w:val="15"/>
              </w:rPr>
              <w:t>Rok na koji je ugovor sklopljen</w:t>
            </w:r>
          </w:p>
        </w:tc>
        <w:tc>
          <w:tcPr>
            <w:tcW w:w="1571" w:type="dxa"/>
            <w:shd w:val="clear" w:color="auto" w:fill="B9CBEA"/>
          </w:tcPr>
          <w:p w14:paraId="448C42E9" w14:textId="77777777" w:rsidR="00760709" w:rsidRDefault="00000000">
            <w:pPr>
              <w:jc w:val="center"/>
            </w:pPr>
            <w:r>
              <w:rPr>
                <w:b/>
                <w:sz w:val="15"/>
              </w:rPr>
              <w:t>Naziv i OIB ugovaratelja</w:t>
            </w:r>
          </w:p>
        </w:tc>
        <w:tc>
          <w:tcPr>
            <w:tcW w:w="1571" w:type="dxa"/>
            <w:shd w:val="clear" w:color="auto" w:fill="B9CBEA"/>
          </w:tcPr>
          <w:p w14:paraId="53EFC933" w14:textId="77777777" w:rsidR="00760709" w:rsidRDefault="00000000">
            <w:pPr>
              <w:jc w:val="center"/>
            </w:pPr>
            <w:r>
              <w:rPr>
                <w:b/>
                <w:sz w:val="15"/>
              </w:rPr>
              <w:t>Datum konačnog izvršenja ugovora</w:t>
            </w:r>
          </w:p>
        </w:tc>
        <w:tc>
          <w:tcPr>
            <w:tcW w:w="1571" w:type="dxa"/>
            <w:shd w:val="clear" w:color="auto" w:fill="B9CBEA"/>
          </w:tcPr>
          <w:p w14:paraId="310685B1" w14:textId="77777777" w:rsidR="00760709" w:rsidRDefault="00000000">
            <w:pPr>
              <w:jc w:val="center"/>
            </w:pPr>
            <w:r>
              <w:rPr>
                <w:b/>
                <w:sz w:val="15"/>
              </w:rPr>
              <w:t>Konačni ukupni iznos plaćen temeljem ugovora</w:t>
            </w:r>
          </w:p>
        </w:tc>
        <w:tc>
          <w:tcPr>
            <w:tcW w:w="1571" w:type="dxa"/>
            <w:shd w:val="clear" w:color="auto" w:fill="B9CBEA"/>
          </w:tcPr>
          <w:p w14:paraId="62439ACF" w14:textId="77777777" w:rsidR="00760709" w:rsidRDefault="00000000">
            <w:pPr>
              <w:jc w:val="center"/>
            </w:pPr>
            <w:r>
              <w:rPr>
                <w:b/>
                <w:sz w:val="15"/>
              </w:rPr>
              <w:t>Obrazloženje / Napomena*</w:t>
            </w:r>
          </w:p>
        </w:tc>
      </w:tr>
      <w:tr w:rsidR="00760709" w14:paraId="410E0DEA" w14:textId="77777777">
        <w:trPr>
          <w:jc w:val="center"/>
        </w:trPr>
        <w:tc>
          <w:tcPr>
            <w:tcW w:w="1571" w:type="dxa"/>
          </w:tcPr>
          <w:p w14:paraId="76A6F2B8" w14:textId="77777777" w:rsidR="00760709" w:rsidRDefault="00000000">
            <w:r>
              <w:rPr>
                <w:sz w:val="16"/>
              </w:rPr>
              <w:br/>
            </w:r>
          </w:p>
        </w:tc>
        <w:tc>
          <w:tcPr>
            <w:tcW w:w="1571" w:type="dxa"/>
          </w:tcPr>
          <w:p w14:paraId="7DBA74E0" w14:textId="77777777" w:rsidR="00760709" w:rsidRDefault="00000000">
            <w:r>
              <w:rPr>
                <w:sz w:val="16"/>
              </w:rPr>
              <w:br/>
            </w:r>
          </w:p>
        </w:tc>
        <w:tc>
          <w:tcPr>
            <w:tcW w:w="1571" w:type="dxa"/>
          </w:tcPr>
          <w:p w14:paraId="7522B546" w14:textId="77777777" w:rsidR="00760709" w:rsidRDefault="00000000">
            <w:r>
              <w:rPr>
                <w:sz w:val="16"/>
              </w:rPr>
              <w:br/>
            </w:r>
          </w:p>
        </w:tc>
        <w:tc>
          <w:tcPr>
            <w:tcW w:w="1571" w:type="dxa"/>
          </w:tcPr>
          <w:p w14:paraId="4F914107" w14:textId="77777777" w:rsidR="00760709" w:rsidRDefault="00000000">
            <w:r>
              <w:rPr>
                <w:sz w:val="16"/>
              </w:rPr>
              <w:br/>
            </w:r>
          </w:p>
        </w:tc>
        <w:tc>
          <w:tcPr>
            <w:tcW w:w="1571" w:type="dxa"/>
          </w:tcPr>
          <w:p w14:paraId="12789A77" w14:textId="77777777" w:rsidR="00760709" w:rsidRDefault="00000000">
            <w:r>
              <w:rPr>
                <w:sz w:val="16"/>
              </w:rPr>
              <w:br/>
            </w:r>
          </w:p>
        </w:tc>
        <w:tc>
          <w:tcPr>
            <w:tcW w:w="1571" w:type="dxa"/>
          </w:tcPr>
          <w:p w14:paraId="37CA7071" w14:textId="77777777" w:rsidR="00760709" w:rsidRDefault="00000000">
            <w:r>
              <w:rPr>
                <w:sz w:val="16"/>
              </w:rPr>
              <w:br/>
            </w:r>
          </w:p>
        </w:tc>
        <w:tc>
          <w:tcPr>
            <w:tcW w:w="1571" w:type="dxa"/>
          </w:tcPr>
          <w:p w14:paraId="6C487524" w14:textId="77777777" w:rsidR="00760709" w:rsidRDefault="00000000">
            <w:r>
              <w:rPr>
                <w:sz w:val="16"/>
              </w:rPr>
              <w:br/>
            </w:r>
          </w:p>
        </w:tc>
        <w:tc>
          <w:tcPr>
            <w:tcW w:w="1571" w:type="dxa"/>
          </w:tcPr>
          <w:p w14:paraId="32C2DAF8" w14:textId="77777777" w:rsidR="00760709" w:rsidRDefault="00000000">
            <w:r>
              <w:rPr>
                <w:sz w:val="16"/>
              </w:rPr>
              <w:br/>
            </w:r>
          </w:p>
        </w:tc>
        <w:tc>
          <w:tcPr>
            <w:tcW w:w="1571" w:type="dxa"/>
          </w:tcPr>
          <w:p w14:paraId="78571D5A" w14:textId="77777777" w:rsidR="00760709" w:rsidRDefault="00000000">
            <w:r>
              <w:rPr>
                <w:sz w:val="16"/>
              </w:rPr>
              <w:br/>
            </w:r>
          </w:p>
        </w:tc>
      </w:tr>
      <w:tr w:rsidR="00760709" w14:paraId="765BAC25" w14:textId="77777777">
        <w:trPr>
          <w:jc w:val="center"/>
        </w:trPr>
        <w:tc>
          <w:tcPr>
            <w:tcW w:w="1571" w:type="dxa"/>
          </w:tcPr>
          <w:p w14:paraId="5338AC8A" w14:textId="77777777" w:rsidR="00760709" w:rsidRDefault="00000000">
            <w:r>
              <w:rPr>
                <w:sz w:val="16"/>
              </w:rPr>
              <w:br/>
            </w:r>
          </w:p>
        </w:tc>
        <w:tc>
          <w:tcPr>
            <w:tcW w:w="1571" w:type="dxa"/>
          </w:tcPr>
          <w:p w14:paraId="403FFE81" w14:textId="77777777" w:rsidR="00760709" w:rsidRDefault="00000000">
            <w:r>
              <w:rPr>
                <w:sz w:val="16"/>
              </w:rPr>
              <w:br/>
            </w:r>
          </w:p>
        </w:tc>
        <w:tc>
          <w:tcPr>
            <w:tcW w:w="1571" w:type="dxa"/>
          </w:tcPr>
          <w:p w14:paraId="72136291" w14:textId="77777777" w:rsidR="00760709" w:rsidRDefault="00000000">
            <w:r>
              <w:rPr>
                <w:sz w:val="16"/>
              </w:rPr>
              <w:br/>
            </w:r>
          </w:p>
        </w:tc>
        <w:tc>
          <w:tcPr>
            <w:tcW w:w="1571" w:type="dxa"/>
          </w:tcPr>
          <w:p w14:paraId="6CB94E5B" w14:textId="77777777" w:rsidR="00760709" w:rsidRDefault="00000000">
            <w:r>
              <w:rPr>
                <w:sz w:val="16"/>
              </w:rPr>
              <w:br/>
            </w:r>
          </w:p>
        </w:tc>
        <w:tc>
          <w:tcPr>
            <w:tcW w:w="1571" w:type="dxa"/>
          </w:tcPr>
          <w:p w14:paraId="1BFFF8AA" w14:textId="77777777" w:rsidR="00760709" w:rsidRDefault="00000000">
            <w:r>
              <w:rPr>
                <w:sz w:val="16"/>
              </w:rPr>
              <w:br/>
            </w:r>
          </w:p>
        </w:tc>
        <w:tc>
          <w:tcPr>
            <w:tcW w:w="1571" w:type="dxa"/>
          </w:tcPr>
          <w:p w14:paraId="45F3521F" w14:textId="77777777" w:rsidR="00760709" w:rsidRDefault="00000000">
            <w:r>
              <w:rPr>
                <w:sz w:val="16"/>
              </w:rPr>
              <w:br/>
            </w:r>
          </w:p>
        </w:tc>
        <w:tc>
          <w:tcPr>
            <w:tcW w:w="1571" w:type="dxa"/>
          </w:tcPr>
          <w:p w14:paraId="22A24A3A" w14:textId="77777777" w:rsidR="00760709" w:rsidRDefault="00000000">
            <w:r>
              <w:rPr>
                <w:sz w:val="16"/>
              </w:rPr>
              <w:br/>
            </w:r>
          </w:p>
        </w:tc>
        <w:tc>
          <w:tcPr>
            <w:tcW w:w="1571" w:type="dxa"/>
          </w:tcPr>
          <w:p w14:paraId="47065A2D" w14:textId="77777777" w:rsidR="00760709" w:rsidRDefault="00000000">
            <w:r>
              <w:rPr>
                <w:sz w:val="16"/>
              </w:rPr>
              <w:br/>
            </w:r>
          </w:p>
        </w:tc>
        <w:tc>
          <w:tcPr>
            <w:tcW w:w="1571" w:type="dxa"/>
          </w:tcPr>
          <w:p w14:paraId="59BE58A6" w14:textId="77777777" w:rsidR="00760709" w:rsidRDefault="00000000">
            <w:r>
              <w:rPr>
                <w:sz w:val="16"/>
              </w:rPr>
              <w:br/>
            </w:r>
          </w:p>
        </w:tc>
      </w:tr>
      <w:tr w:rsidR="00760709" w14:paraId="1C015611" w14:textId="77777777">
        <w:trPr>
          <w:jc w:val="center"/>
        </w:trPr>
        <w:tc>
          <w:tcPr>
            <w:tcW w:w="1571" w:type="dxa"/>
          </w:tcPr>
          <w:p w14:paraId="35E81176" w14:textId="77777777" w:rsidR="00760709" w:rsidRDefault="00000000">
            <w:r>
              <w:rPr>
                <w:sz w:val="16"/>
              </w:rPr>
              <w:br/>
            </w:r>
          </w:p>
        </w:tc>
        <w:tc>
          <w:tcPr>
            <w:tcW w:w="1571" w:type="dxa"/>
          </w:tcPr>
          <w:p w14:paraId="22F2A5D3" w14:textId="77777777" w:rsidR="00760709" w:rsidRDefault="00000000">
            <w:r>
              <w:rPr>
                <w:sz w:val="16"/>
              </w:rPr>
              <w:br/>
            </w:r>
          </w:p>
        </w:tc>
        <w:tc>
          <w:tcPr>
            <w:tcW w:w="1571" w:type="dxa"/>
          </w:tcPr>
          <w:p w14:paraId="51D04DD8" w14:textId="77777777" w:rsidR="00760709" w:rsidRDefault="00000000">
            <w:r>
              <w:rPr>
                <w:sz w:val="16"/>
              </w:rPr>
              <w:br/>
            </w:r>
          </w:p>
        </w:tc>
        <w:tc>
          <w:tcPr>
            <w:tcW w:w="1571" w:type="dxa"/>
          </w:tcPr>
          <w:p w14:paraId="3F47282B" w14:textId="77777777" w:rsidR="00760709" w:rsidRDefault="00000000">
            <w:r>
              <w:rPr>
                <w:sz w:val="16"/>
              </w:rPr>
              <w:br/>
            </w:r>
          </w:p>
        </w:tc>
        <w:tc>
          <w:tcPr>
            <w:tcW w:w="1571" w:type="dxa"/>
          </w:tcPr>
          <w:p w14:paraId="27DCC527" w14:textId="77777777" w:rsidR="00760709" w:rsidRDefault="00000000">
            <w:r>
              <w:rPr>
                <w:sz w:val="16"/>
              </w:rPr>
              <w:br/>
            </w:r>
          </w:p>
        </w:tc>
        <w:tc>
          <w:tcPr>
            <w:tcW w:w="1571" w:type="dxa"/>
          </w:tcPr>
          <w:p w14:paraId="5B84203D" w14:textId="77777777" w:rsidR="00760709" w:rsidRDefault="00000000">
            <w:r>
              <w:rPr>
                <w:sz w:val="16"/>
              </w:rPr>
              <w:br/>
            </w:r>
          </w:p>
        </w:tc>
        <w:tc>
          <w:tcPr>
            <w:tcW w:w="1571" w:type="dxa"/>
          </w:tcPr>
          <w:p w14:paraId="76D5B167" w14:textId="77777777" w:rsidR="00760709" w:rsidRDefault="00000000">
            <w:r>
              <w:rPr>
                <w:sz w:val="16"/>
              </w:rPr>
              <w:br/>
            </w:r>
          </w:p>
        </w:tc>
        <w:tc>
          <w:tcPr>
            <w:tcW w:w="1571" w:type="dxa"/>
          </w:tcPr>
          <w:p w14:paraId="7F03B62C" w14:textId="77777777" w:rsidR="00760709" w:rsidRDefault="00000000">
            <w:r>
              <w:rPr>
                <w:sz w:val="16"/>
              </w:rPr>
              <w:br/>
            </w:r>
          </w:p>
        </w:tc>
        <w:tc>
          <w:tcPr>
            <w:tcW w:w="1571" w:type="dxa"/>
          </w:tcPr>
          <w:p w14:paraId="4C70BCA1" w14:textId="77777777" w:rsidR="00760709" w:rsidRDefault="00000000">
            <w:r>
              <w:rPr>
                <w:sz w:val="16"/>
              </w:rPr>
              <w:br/>
            </w:r>
          </w:p>
        </w:tc>
      </w:tr>
    </w:tbl>
    <w:p w14:paraId="7A4F7B07" w14:textId="77777777" w:rsidR="00760709" w:rsidRDefault="00760709"/>
    <w:tbl>
      <w:tblPr>
        <w:tblW w:w="0" w:type="auto"/>
        <w:tblBorders>
          <w:top w:val="single" w:sz="6" w:space="0" w:color="777777"/>
          <w:left w:val="single" w:sz="6" w:space="0" w:color="777777"/>
          <w:bottom w:val="single" w:sz="6" w:space="0" w:color="777777"/>
          <w:right w:val="single" w:sz="6" w:space="0" w:color="777777"/>
          <w:insideH w:val="single" w:sz="6" w:space="0" w:color="777777"/>
          <w:insideV w:val="single" w:sz="6" w:space="0" w:color="777777"/>
        </w:tblBorders>
        <w:tblLook w:val="04A0" w:firstRow="1" w:lastRow="0" w:firstColumn="1" w:lastColumn="0" w:noHBand="0" w:noVBand="1"/>
      </w:tblPr>
      <w:tblGrid>
        <w:gridCol w:w="7062"/>
        <w:gridCol w:w="7062"/>
      </w:tblGrid>
      <w:tr w:rsidR="00760709" w14:paraId="451E10A3" w14:textId="77777777">
        <w:tc>
          <w:tcPr>
            <w:tcW w:w="7070" w:type="dxa"/>
            <w:shd w:val="clear" w:color="auto" w:fill="DDEBF7"/>
          </w:tcPr>
          <w:p w14:paraId="562FA5DD" w14:textId="77777777" w:rsidR="00760709" w:rsidRDefault="00000000">
            <w:r>
              <w:rPr>
                <w:b/>
                <w:sz w:val="17"/>
              </w:rPr>
              <w:t>Osoba zadužena za praćenje izvršenja:</w:t>
            </w:r>
          </w:p>
        </w:tc>
        <w:tc>
          <w:tcPr>
            <w:tcW w:w="7070" w:type="dxa"/>
          </w:tcPr>
          <w:p w14:paraId="7CFB05E5" w14:textId="77777777" w:rsidR="00760709" w:rsidRDefault="00000000">
            <w:r>
              <w:rPr>
                <w:b/>
                <w:sz w:val="17"/>
              </w:rPr>
              <w:t>Ime, prezime i funkcija:</w:t>
            </w:r>
          </w:p>
        </w:tc>
      </w:tr>
      <w:tr w:rsidR="00760709" w14:paraId="1EC8634D" w14:textId="77777777">
        <w:tc>
          <w:tcPr>
            <w:tcW w:w="7070" w:type="dxa"/>
            <w:shd w:val="clear" w:color="auto" w:fill="DDEBF7"/>
          </w:tcPr>
          <w:p w14:paraId="2D710D2A" w14:textId="77777777" w:rsidR="00760709" w:rsidRDefault="00760709"/>
        </w:tc>
        <w:tc>
          <w:tcPr>
            <w:tcW w:w="7070" w:type="dxa"/>
          </w:tcPr>
          <w:p w14:paraId="6512D6D4" w14:textId="77777777" w:rsidR="00760709" w:rsidRDefault="00000000">
            <w:r>
              <w:rPr>
                <w:b/>
                <w:sz w:val="17"/>
              </w:rPr>
              <w:t>Potpis:</w:t>
            </w:r>
          </w:p>
        </w:tc>
      </w:tr>
      <w:tr w:rsidR="00760709" w14:paraId="60C61550" w14:textId="77777777">
        <w:tc>
          <w:tcPr>
            <w:tcW w:w="7070" w:type="dxa"/>
            <w:shd w:val="clear" w:color="auto" w:fill="DDEBF7"/>
          </w:tcPr>
          <w:p w14:paraId="0896441D" w14:textId="77777777" w:rsidR="00760709" w:rsidRDefault="00000000">
            <w:r>
              <w:rPr>
                <w:b/>
                <w:sz w:val="17"/>
              </w:rPr>
              <w:t>KLASA:</w:t>
            </w:r>
            <w:r>
              <w:rPr>
                <w:b/>
                <w:sz w:val="17"/>
              </w:rPr>
              <w:br/>
              <w:t>URBROJ:</w:t>
            </w:r>
            <w:r>
              <w:rPr>
                <w:b/>
                <w:sz w:val="17"/>
              </w:rPr>
              <w:br/>
              <w:t>Bol, ___. ___. 202_.</w:t>
            </w:r>
          </w:p>
        </w:tc>
        <w:tc>
          <w:tcPr>
            <w:tcW w:w="7070" w:type="dxa"/>
          </w:tcPr>
          <w:p w14:paraId="07BFB66D" w14:textId="77777777" w:rsidR="00760709" w:rsidRDefault="00760709"/>
        </w:tc>
      </w:tr>
    </w:tbl>
    <w:p w14:paraId="2A2C943A" w14:textId="77777777" w:rsidR="00760709" w:rsidRDefault="00000000">
      <w:pPr>
        <w:pStyle w:val="Napomena"/>
      </w:pPr>
      <w:r>
        <w:t>* Obrazloženje se unosi ako je iznos koji je isplaćen ugovaratelju veći od iznosa na koji je ugovor sklopljen, ako je ugovor raskinut prije isteka njegova trajanja ili ako je došlo do prekoračenja roka. Napomena se unosi prema potrebi.</w:t>
      </w:r>
    </w:p>
    <w:sectPr w:rsidR="00760709" w:rsidSect="00034616">
      <w:pgSz w:w="15840" w:h="12240" w:orient="landscape"/>
      <w:pgMar w:top="850" w:right="850" w:bottom="85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E65E" w14:textId="77777777" w:rsidR="003273CC" w:rsidRDefault="003273CC">
      <w:pPr>
        <w:spacing w:after="0" w:line="240" w:lineRule="auto"/>
      </w:pPr>
      <w:r>
        <w:separator/>
      </w:r>
    </w:p>
  </w:endnote>
  <w:endnote w:type="continuationSeparator" w:id="0">
    <w:p w14:paraId="67A683C4" w14:textId="77777777" w:rsidR="003273CC" w:rsidRDefault="00327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FE2A" w14:textId="77777777" w:rsidR="00760709" w:rsidRDefault="00000000">
    <w:pPr>
      <w:pStyle w:val="Podnoje"/>
      <w:jc w:val="center"/>
    </w:pPr>
    <w:proofErr w:type="spellStart"/>
    <w:r>
      <w:rPr>
        <w:i/>
        <w:sz w:val="16"/>
      </w:rPr>
      <w:t>Prijedlog</w:t>
    </w:r>
    <w:proofErr w:type="spellEnd"/>
    <w:r>
      <w:rPr>
        <w:i/>
        <w:sz w:val="16"/>
      </w:rPr>
      <w:t xml:space="preserve"> – </w:t>
    </w:r>
    <w:proofErr w:type="spellStart"/>
    <w:r>
      <w:rPr>
        <w:i/>
        <w:sz w:val="16"/>
      </w:rPr>
      <w:t>Pravilnik</w:t>
    </w:r>
    <w:proofErr w:type="spellEnd"/>
    <w:r>
      <w:rPr>
        <w:i/>
        <w:sz w:val="16"/>
      </w:rPr>
      <w:t xml:space="preserve"> o </w:t>
    </w:r>
    <w:proofErr w:type="spellStart"/>
    <w:r>
      <w:rPr>
        <w:i/>
        <w:sz w:val="16"/>
      </w:rPr>
      <w:t>provedbi</w:t>
    </w:r>
    <w:proofErr w:type="spellEnd"/>
    <w:r>
      <w:rPr>
        <w:i/>
        <w:sz w:val="16"/>
      </w:rPr>
      <w:t xml:space="preserve"> </w:t>
    </w:r>
    <w:proofErr w:type="spellStart"/>
    <w:r>
      <w:rPr>
        <w:i/>
        <w:sz w:val="16"/>
      </w:rPr>
      <w:t>postupaka</w:t>
    </w:r>
    <w:proofErr w:type="spellEnd"/>
    <w:r>
      <w:rPr>
        <w:i/>
        <w:sz w:val="16"/>
      </w:rPr>
      <w:t xml:space="preserve"> </w:t>
    </w:r>
    <w:proofErr w:type="spellStart"/>
    <w:r>
      <w:rPr>
        <w:i/>
        <w:sz w:val="16"/>
      </w:rPr>
      <w:t>jednostavne</w:t>
    </w:r>
    <w:proofErr w:type="spellEnd"/>
    <w:r>
      <w:rPr>
        <w:i/>
        <w:sz w:val="16"/>
      </w:rPr>
      <w:t xml:space="preserve"> </w:t>
    </w:r>
    <w:proofErr w:type="spellStart"/>
    <w:r>
      <w:rPr>
        <w:i/>
        <w:sz w:val="16"/>
      </w:rPr>
      <w:t>nabave</w:t>
    </w:r>
    <w:proofErr w:type="spellEnd"/>
    <w:r>
      <w:rPr>
        <w:i/>
        <w:sz w:val="16"/>
      </w:rPr>
      <w:t xml:space="preserve"> </w:t>
    </w:r>
    <w:proofErr w:type="spellStart"/>
    <w:r>
      <w:rPr>
        <w:i/>
        <w:sz w:val="16"/>
      </w:rPr>
      <w:t>Općine</w:t>
    </w:r>
    <w:proofErr w:type="spellEnd"/>
    <w:r>
      <w:rPr>
        <w:i/>
        <w:sz w:val="16"/>
      </w:rPr>
      <w:t xml:space="preserve"> Bol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10DB" w14:textId="77777777" w:rsidR="003273CC" w:rsidRDefault="003273CC">
      <w:pPr>
        <w:spacing w:after="0" w:line="240" w:lineRule="auto"/>
      </w:pPr>
      <w:r>
        <w:separator/>
      </w:r>
    </w:p>
  </w:footnote>
  <w:footnote w:type="continuationSeparator" w:id="0">
    <w:p w14:paraId="47A46736" w14:textId="77777777" w:rsidR="003273CC" w:rsidRDefault="00327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06CCF" w14:textId="77777777" w:rsidR="00760709" w:rsidRDefault="0076070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Brojevi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Brojevi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Grafikeoznak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Grafikeoznak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Brojevi"/>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Grafikeoznake"/>
      <w:lvlText w:val=""/>
      <w:lvlJc w:val="left"/>
      <w:pPr>
        <w:tabs>
          <w:tab w:val="num" w:pos="360"/>
        </w:tabs>
        <w:ind w:left="360" w:hanging="360"/>
      </w:pPr>
      <w:rPr>
        <w:rFonts w:ascii="Symbol" w:hAnsi="Symbol" w:hint="default"/>
      </w:rPr>
    </w:lvl>
  </w:abstractNum>
  <w:num w:numId="1" w16cid:durableId="1704591392">
    <w:abstractNumId w:val="8"/>
  </w:num>
  <w:num w:numId="2" w16cid:durableId="1602491417">
    <w:abstractNumId w:val="6"/>
  </w:num>
  <w:num w:numId="3" w16cid:durableId="955016650">
    <w:abstractNumId w:val="5"/>
  </w:num>
  <w:num w:numId="4" w16cid:durableId="2067678431">
    <w:abstractNumId w:val="4"/>
  </w:num>
  <w:num w:numId="5" w16cid:durableId="259412109">
    <w:abstractNumId w:val="7"/>
  </w:num>
  <w:num w:numId="6" w16cid:durableId="545028585">
    <w:abstractNumId w:val="3"/>
  </w:num>
  <w:num w:numId="7" w16cid:durableId="2110618380">
    <w:abstractNumId w:val="2"/>
  </w:num>
  <w:num w:numId="8" w16cid:durableId="20202683">
    <w:abstractNumId w:val="1"/>
  </w:num>
  <w:num w:numId="9" w16cid:durableId="2140538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0A4"/>
    <w:rsid w:val="00326F90"/>
    <w:rsid w:val="003273CC"/>
    <w:rsid w:val="0038440C"/>
    <w:rsid w:val="00470CE5"/>
    <w:rsid w:val="00555558"/>
    <w:rsid w:val="00682955"/>
    <w:rsid w:val="006A7B08"/>
    <w:rsid w:val="00760709"/>
    <w:rsid w:val="009555E7"/>
    <w:rsid w:val="00AA1D8D"/>
    <w:rsid w:val="00B47730"/>
    <w:rsid w:val="00C248DE"/>
    <w:rsid w:val="00CB0664"/>
    <w:rsid w:val="00EB5DFF"/>
    <w:rsid w:val="00F5273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06B90"/>
  <w14:defaultImageDpi w14:val="300"/>
  <w15:docId w15:val="{A46D6AAC-23E8-4A15-B154-226071135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9" w:lineRule="auto"/>
    </w:pPr>
    <w:rPr>
      <w:rFonts w:ascii="Arial" w:eastAsia="Arial" w:hAnsi="Arial"/>
      <w:sz w:val="21"/>
    </w:rPr>
  </w:style>
  <w:style w:type="paragraph" w:styleId="Naslov1">
    <w:name w:val="heading 1"/>
    <w:basedOn w:val="Normal"/>
    <w:next w:val="Normal"/>
    <w:link w:val="Naslov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slov4">
    <w:name w:val="heading 4"/>
    <w:basedOn w:val="Normal"/>
    <w:next w:val="Normal"/>
    <w:link w:val="Naslov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slov5">
    <w:name w:val="heading 5"/>
    <w:basedOn w:val="Normal"/>
    <w:next w:val="Normal"/>
    <w:link w:val="Naslov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618B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E618BF"/>
  </w:style>
  <w:style w:type="paragraph" w:styleId="Podnoje">
    <w:name w:val="footer"/>
    <w:basedOn w:val="Normal"/>
    <w:link w:val="PodnojeChar"/>
    <w:uiPriority w:val="99"/>
    <w:unhideWhenUsed/>
    <w:rsid w:val="00E618B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E618BF"/>
  </w:style>
  <w:style w:type="paragraph" w:styleId="Bezproreda">
    <w:name w:val="No Spacing"/>
    <w:uiPriority w:val="1"/>
    <w:qFormat/>
    <w:rsid w:val="00FC693F"/>
    <w:pPr>
      <w:spacing w:after="0" w:line="240" w:lineRule="auto"/>
    </w:pPr>
  </w:style>
  <w:style w:type="character" w:customStyle="1" w:styleId="Naslov1Char">
    <w:name w:val="Naslov 1 Char"/>
    <w:basedOn w:val="Zadanifontodlomka"/>
    <w:link w:val="Naslov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slov2Char">
    <w:name w:val="Naslov 2 Char"/>
    <w:basedOn w:val="Zadanifontodlomka"/>
    <w:link w:val="Naslov2"/>
    <w:uiPriority w:val="9"/>
    <w:rsid w:val="00FC693F"/>
    <w:rPr>
      <w:rFonts w:asciiTheme="majorHAnsi" w:eastAsiaTheme="majorEastAsia" w:hAnsiTheme="majorHAnsi" w:cstheme="majorBidi"/>
      <w:b/>
      <w:bCs/>
      <w:color w:val="4F81BD" w:themeColor="accent1"/>
      <w:sz w:val="26"/>
      <w:szCs w:val="26"/>
    </w:rPr>
  </w:style>
  <w:style w:type="character" w:customStyle="1" w:styleId="Naslov3Char">
    <w:name w:val="Naslov 3 Char"/>
    <w:basedOn w:val="Zadanifontodlomka"/>
    <w:link w:val="Naslov3"/>
    <w:uiPriority w:val="9"/>
    <w:rsid w:val="00FC693F"/>
    <w:rPr>
      <w:rFonts w:asciiTheme="majorHAnsi" w:eastAsiaTheme="majorEastAsia" w:hAnsiTheme="majorHAnsi" w:cstheme="majorBidi"/>
      <w:b/>
      <w:bCs/>
      <w:color w:val="4F81BD" w:themeColor="accent1"/>
    </w:rPr>
  </w:style>
  <w:style w:type="paragraph" w:styleId="Naslov">
    <w:name w:val="Title"/>
    <w:basedOn w:val="Normal"/>
    <w:next w:val="Normal"/>
    <w:link w:val="Naslo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Zadanifontodlomka"/>
    <w:link w:val="Naslo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slov">
    <w:name w:val="Subtitle"/>
    <w:basedOn w:val="Normal"/>
    <w:next w:val="Normal"/>
    <w:link w:val="Podnaslov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slovChar">
    <w:name w:val="Podnaslov Char"/>
    <w:basedOn w:val="Zadanifontodlomka"/>
    <w:link w:val="Podnaslov"/>
    <w:uiPriority w:val="11"/>
    <w:rsid w:val="00FC693F"/>
    <w:rPr>
      <w:rFonts w:asciiTheme="majorHAnsi" w:eastAsiaTheme="majorEastAsia" w:hAnsiTheme="majorHAnsi" w:cstheme="majorBidi"/>
      <w:i/>
      <w:iCs/>
      <w:color w:val="4F81BD" w:themeColor="accent1"/>
      <w:spacing w:val="15"/>
      <w:sz w:val="24"/>
      <w:szCs w:val="24"/>
    </w:rPr>
  </w:style>
  <w:style w:type="paragraph" w:styleId="Odlomakpopisa">
    <w:name w:val="List Paragraph"/>
    <w:basedOn w:val="Normal"/>
    <w:uiPriority w:val="34"/>
    <w:qFormat/>
    <w:rsid w:val="00FC693F"/>
    <w:pPr>
      <w:ind w:left="720"/>
      <w:contextualSpacing/>
    </w:pPr>
  </w:style>
  <w:style w:type="paragraph" w:styleId="Tijeloteksta">
    <w:name w:val="Body Text"/>
    <w:basedOn w:val="Normal"/>
    <w:link w:val="TijelotekstaChar"/>
    <w:uiPriority w:val="99"/>
    <w:unhideWhenUsed/>
    <w:rsid w:val="00AA1D8D"/>
    <w:pPr>
      <w:spacing w:after="120"/>
    </w:pPr>
  </w:style>
  <w:style w:type="character" w:customStyle="1" w:styleId="TijelotekstaChar">
    <w:name w:val="Tijelo teksta Char"/>
    <w:basedOn w:val="Zadanifontodlomka"/>
    <w:link w:val="Tijeloteksta"/>
    <w:uiPriority w:val="99"/>
    <w:rsid w:val="00AA1D8D"/>
  </w:style>
  <w:style w:type="paragraph" w:styleId="Tijeloteksta2">
    <w:name w:val="Body Text 2"/>
    <w:basedOn w:val="Normal"/>
    <w:link w:val="Tijeloteksta2Char"/>
    <w:uiPriority w:val="99"/>
    <w:unhideWhenUsed/>
    <w:rsid w:val="00AA1D8D"/>
    <w:pPr>
      <w:spacing w:after="120" w:line="480" w:lineRule="auto"/>
    </w:pPr>
  </w:style>
  <w:style w:type="character" w:customStyle="1" w:styleId="Tijeloteksta2Char">
    <w:name w:val="Tijelo teksta 2 Char"/>
    <w:basedOn w:val="Zadanifontodlomka"/>
    <w:link w:val="Tijeloteksta2"/>
    <w:uiPriority w:val="99"/>
    <w:rsid w:val="00AA1D8D"/>
  </w:style>
  <w:style w:type="paragraph" w:styleId="Tijeloteksta3">
    <w:name w:val="Body Text 3"/>
    <w:basedOn w:val="Normal"/>
    <w:link w:val="Tijeloteksta3Char"/>
    <w:uiPriority w:val="99"/>
    <w:unhideWhenUsed/>
    <w:rsid w:val="00AA1D8D"/>
    <w:pPr>
      <w:spacing w:after="120"/>
    </w:pPr>
    <w:rPr>
      <w:sz w:val="16"/>
      <w:szCs w:val="16"/>
    </w:rPr>
  </w:style>
  <w:style w:type="character" w:customStyle="1" w:styleId="Tijeloteksta3Char">
    <w:name w:val="Tijelo teksta 3 Char"/>
    <w:basedOn w:val="Zadanifontodlomka"/>
    <w:link w:val="Tijeloteksta3"/>
    <w:uiPriority w:val="99"/>
    <w:rsid w:val="00AA1D8D"/>
    <w:rPr>
      <w:sz w:val="16"/>
      <w:szCs w:val="16"/>
    </w:rPr>
  </w:style>
  <w:style w:type="paragraph" w:styleId="Popis">
    <w:name w:val="List"/>
    <w:basedOn w:val="Normal"/>
    <w:uiPriority w:val="99"/>
    <w:unhideWhenUsed/>
    <w:rsid w:val="00AA1D8D"/>
    <w:pPr>
      <w:ind w:left="360" w:hanging="360"/>
      <w:contextualSpacing/>
    </w:pPr>
  </w:style>
  <w:style w:type="paragraph" w:styleId="Popis2">
    <w:name w:val="List 2"/>
    <w:basedOn w:val="Normal"/>
    <w:uiPriority w:val="99"/>
    <w:unhideWhenUsed/>
    <w:rsid w:val="00326F90"/>
    <w:pPr>
      <w:ind w:left="720" w:hanging="360"/>
      <w:contextualSpacing/>
    </w:pPr>
  </w:style>
  <w:style w:type="paragraph" w:styleId="Popis3">
    <w:name w:val="List 3"/>
    <w:basedOn w:val="Normal"/>
    <w:uiPriority w:val="99"/>
    <w:unhideWhenUsed/>
    <w:rsid w:val="00326F90"/>
    <w:pPr>
      <w:ind w:left="1080" w:hanging="360"/>
      <w:contextualSpacing/>
    </w:pPr>
  </w:style>
  <w:style w:type="paragraph" w:styleId="Grafikeoznake">
    <w:name w:val="List Bullet"/>
    <w:basedOn w:val="Normal"/>
    <w:uiPriority w:val="99"/>
    <w:unhideWhenUsed/>
    <w:rsid w:val="00326F90"/>
    <w:pPr>
      <w:numPr>
        <w:numId w:val="1"/>
      </w:numPr>
      <w:contextualSpacing/>
    </w:pPr>
  </w:style>
  <w:style w:type="paragraph" w:styleId="Grafikeoznake2">
    <w:name w:val="List Bullet 2"/>
    <w:basedOn w:val="Normal"/>
    <w:uiPriority w:val="99"/>
    <w:unhideWhenUsed/>
    <w:rsid w:val="00326F90"/>
    <w:pPr>
      <w:numPr>
        <w:numId w:val="2"/>
      </w:numPr>
      <w:contextualSpacing/>
    </w:pPr>
  </w:style>
  <w:style w:type="paragraph" w:styleId="Grafikeoznake3">
    <w:name w:val="List Bullet 3"/>
    <w:basedOn w:val="Normal"/>
    <w:uiPriority w:val="99"/>
    <w:unhideWhenUsed/>
    <w:rsid w:val="00326F90"/>
    <w:pPr>
      <w:numPr>
        <w:numId w:val="3"/>
      </w:numPr>
      <w:contextualSpacing/>
    </w:pPr>
  </w:style>
  <w:style w:type="paragraph" w:styleId="Brojevi">
    <w:name w:val="List Number"/>
    <w:basedOn w:val="Normal"/>
    <w:uiPriority w:val="99"/>
    <w:unhideWhenUsed/>
    <w:rsid w:val="00326F90"/>
    <w:pPr>
      <w:numPr>
        <w:numId w:val="5"/>
      </w:numPr>
      <w:contextualSpacing/>
    </w:pPr>
  </w:style>
  <w:style w:type="paragraph" w:styleId="Brojevi2">
    <w:name w:val="List Number 2"/>
    <w:basedOn w:val="Normal"/>
    <w:uiPriority w:val="99"/>
    <w:unhideWhenUsed/>
    <w:rsid w:val="0029639D"/>
    <w:pPr>
      <w:numPr>
        <w:numId w:val="6"/>
      </w:numPr>
      <w:contextualSpacing/>
    </w:pPr>
  </w:style>
  <w:style w:type="paragraph" w:styleId="Brojevi3">
    <w:name w:val="List Number 3"/>
    <w:basedOn w:val="Normal"/>
    <w:uiPriority w:val="99"/>
    <w:unhideWhenUsed/>
    <w:rsid w:val="0029639D"/>
    <w:pPr>
      <w:numPr>
        <w:numId w:val="7"/>
      </w:numPr>
      <w:contextualSpacing/>
    </w:pPr>
  </w:style>
  <w:style w:type="paragraph" w:styleId="Nastavakpopisa">
    <w:name w:val="List Continue"/>
    <w:basedOn w:val="Normal"/>
    <w:uiPriority w:val="99"/>
    <w:unhideWhenUsed/>
    <w:rsid w:val="0029639D"/>
    <w:pPr>
      <w:spacing w:after="120"/>
      <w:ind w:left="360"/>
      <w:contextualSpacing/>
    </w:pPr>
  </w:style>
  <w:style w:type="paragraph" w:styleId="Nastavakpopisa2">
    <w:name w:val="List Continue 2"/>
    <w:basedOn w:val="Normal"/>
    <w:uiPriority w:val="99"/>
    <w:unhideWhenUsed/>
    <w:rsid w:val="0029639D"/>
    <w:pPr>
      <w:spacing w:after="120"/>
      <w:ind w:left="720"/>
      <w:contextualSpacing/>
    </w:pPr>
  </w:style>
  <w:style w:type="paragraph" w:styleId="Nastavakpopisa3">
    <w:name w:val="List Continue 3"/>
    <w:basedOn w:val="Normal"/>
    <w:uiPriority w:val="99"/>
    <w:unhideWhenUsed/>
    <w:rsid w:val="0029639D"/>
    <w:pPr>
      <w:spacing w:after="120"/>
      <w:ind w:left="1080"/>
      <w:contextualSpacing/>
    </w:pPr>
  </w:style>
  <w:style w:type="paragraph" w:styleId="Tekstmakronaredbe">
    <w:name w:val="macro"/>
    <w:link w:val="Tekstmakronaredbe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naredbeChar">
    <w:name w:val="Tekst makronaredbe Char"/>
    <w:basedOn w:val="Zadanifontodlomka"/>
    <w:link w:val="Tekstmakronaredbe"/>
    <w:uiPriority w:val="99"/>
    <w:rsid w:val="0029639D"/>
    <w:rPr>
      <w:rFonts w:ascii="Courier" w:hAnsi="Courier"/>
      <w:sz w:val="20"/>
      <w:szCs w:val="20"/>
    </w:rPr>
  </w:style>
  <w:style w:type="paragraph" w:styleId="Citat">
    <w:name w:val="Quote"/>
    <w:basedOn w:val="Normal"/>
    <w:next w:val="Normal"/>
    <w:link w:val="CitatChar"/>
    <w:uiPriority w:val="29"/>
    <w:qFormat/>
    <w:rsid w:val="00FC693F"/>
    <w:rPr>
      <w:i/>
      <w:iCs/>
      <w:color w:val="000000" w:themeColor="text1"/>
    </w:rPr>
  </w:style>
  <w:style w:type="character" w:customStyle="1" w:styleId="CitatChar">
    <w:name w:val="Citat Char"/>
    <w:basedOn w:val="Zadanifontodlomka"/>
    <w:link w:val="Citat"/>
    <w:uiPriority w:val="29"/>
    <w:rsid w:val="00FC693F"/>
    <w:rPr>
      <w:i/>
      <w:iCs/>
      <w:color w:val="000000" w:themeColor="text1"/>
    </w:rPr>
  </w:style>
  <w:style w:type="character" w:customStyle="1" w:styleId="Naslov4Char">
    <w:name w:val="Naslov 4 Char"/>
    <w:basedOn w:val="Zadanifontodlomka"/>
    <w:link w:val="Naslov4"/>
    <w:uiPriority w:val="9"/>
    <w:semiHidden/>
    <w:rsid w:val="00FC693F"/>
    <w:rPr>
      <w:rFonts w:asciiTheme="majorHAnsi" w:eastAsiaTheme="majorEastAsia" w:hAnsiTheme="majorHAnsi" w:cstheme="majorBidi"/>
      <w:b/>
      <w:bCs/>
      <w:i/>
      <w:iCs/>
      <w:color w:val="4F81BD" w:themeColor="accent1"/>
    </w:rPr>
  </w:style>
  <w:style w:type="character" w:customStyle="1" w:styleId="Naslov5Char">
    <w:name w:val="Naslov 5 Char"/>
    <w:basedOn w:val="Zadanifontodlomka"/>
    <w:link w:val="Naslov5"/>
    <w:uiPriority w:val="9"/>
    <w:semiHidden/>
    <w:rsid w:val="00FC693F"/>
    <w:rPr>
      <w:rFonts w:asciiTheme="majorHAnsi" w:eastAsiaTheme="majorEastAsia" w:hAnsiTheme="majorHAnsi" w:cstheme="majorBidi"/>
      <w:color w:val="243F60" w:themeColor="accent1" w:themeShade="7F"/>
    </w:rPr>
  </w:style>
  <w:style w:type="character" w:customStyle="1" w:styleId="Naslov6Char">
    <w:name w:val="Naslov 6 Char"/>
    <w:basedOn w:val="Zadanifontodlomka"/>
    <w:link w:val="Naslov6"/>
    <w:uiPriority w:val="9"/>
    <w:semiHidden/>
    <w:rsid w:val="00FC693F"/>
    <w:rPr>
      <w:rFonts w:asciiTheme="majorHAnsi" w:eastAsiaTheme="majorEastAsia" w:hAnsiTheme="majorHAnsi" w:cstheme="majorBidi"/>
      <w:i/>
      <w:iCs/>
      <w:color w:val="243F60" w:themeColor="accent1" w:themeShade="7F"/>
    </w:rPr>
  </w:style>
  <w:style w:type="character" w:customStyle="1" w:styleId="Naslov7Char">
    <w:name w:val="Naslov 7 Char"/>
    <w:basedOn w:val="Zadanifontodlomka"/>
    <w:link w:val="Naslov7"/>
    <w:uiPriority w:val="9"/>
    <w:semiHidden/>
    <w:rsid w:val="00FC693F"/>
    <w:rPr>
      <w:rFonts w:asciiTheme="majorHAnsi" w:eastAsiaTheme="majorEastAsia" w:hAnsiTheme="majorHAnsi" w:cstheme="majorBidi"/>
      <w:i/>
      <w:iCs/>
      <w:color w:val="404040" w:themeColor="text1" w:themeTint="BF"/>
    </w:rPr>
  </w:style>
  <w:style w:type="character" w:customStyle="1" w:styleId="Naslov8Char">
    <w:name w:val="Naslov 8 Char"/>
    <w:basedOn w:val="Zadanifontodlomka"/>
    <w:link w:val="Naslov8"/>
    <w:uiPriority w:val="9"/>
    <w:semiHidden/>
    <w:rsid w:val="00FC693F"/>
    <w:rPr>
      <w:rFonts w:asciiTheme="majorHAnsi" w:eastAsiaTheme="majorEastAsia" w:hAnsiTheme="majorHAnsi" w:cstheme="majorBidi"/>
      <w:color w:val="4F81BD" w:themeColor="accent1"/>
      <w:sz w:val="20"/>
      <w:szCs w:val="20"/>
    </w:rPr>
  </w:style>
  <w:style w:type="character" w:customStyle="1" w:styleId="Naslov9Char">
    <w:name w:val="Naslov 9 Char"/>
    <w:basedOn w:val="Zadanifontodlomka"/>
    <w:link w:val="Naslov9"/>
    <w:uiPriority w:val="9"/>
    <w:semiHidden/>
    <w:rsid w:val="00FC693F"/>
    <w:rPr>
      <w:rFonts w:asciiTheme="majorHAnsi" w:eastAsiaTheme="majorEastAsia" w:hAnsiTheme="majorHAnsi" w:cstheme="majorBidi"/>
      <w:i/>
      <w:iCs/>
      <w:color w:val="404040" w:themeColor="text1" w:themeTint="BF"/>
      <w:sz w:val="20"/>
      <w:szCs w:val="20"/>
    </w:rPr>
  </w:style>
  <w:style w:type="paragraph" w:styleId="Opisslik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Naglaeno">
    <w:name w:val="Strong"/>
    <w:basedOn w:val="Zadanifontodlomka"/>
    <w:uiPriority w:val="22"/>
    <w:qFormat/>
    <w:rsid w:val="00FC693F"/>
    <w:rPr>
      <w:b/>
      <w:bCs/>
    </w:rPr>
  </w:style>
  <w:style w:type="character" w:styleId="Istaknuto">
    <w:name w:val="Emphasis"/>
    <w:basedOn w:val="Zadanifontodlomka"/>
    <w:uiPriority w:val="20"/>
    <w:qFormat/>
    <w:rsid w:val="00FC693F"/>
    <w:rPr>
      <w:i/>
      <w:iCs/>
    </w:rPr>
  </w:style>
  <w:style w:type="paragraph" w:styleId="Naglaencitat">
    <w:name w:val="Intense Quote"/>
    <w:basedOn w:val="Normal"/>
    <w:next w:val="Normal"/>
    <w:link w:val="Naglaencit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NaglaencitatChar">
    <w:name w:val="Naglašen citat Char"/>
    <w:basedOn w:val="Zadanifontodlomka"/>
    <w:link w:val="Naglaencitat"/>
    <w:uiPriority w:val="30"/>
    <w:rsid w:val="00FC693F"/>
    <w:rPr>
      <w:b/>
      <w:bCs/>
      <w:i/>
      <w:iCs/>
      <w:color w:val="4F81BD" w:themeColor="accent1"/>
    </w:rPr>
  </w:style>
  <w:style w:type="character" w:styleId="Neupadljivoisticanje">
    <w:name w:val="Subtle Emphasis"/>
    <w:basedOn w:val="Zadanifontodlomka"/>
    <w:uiPriority w:val="19"/>
    <w:qFormat/>
    <w:rsid w:val="00FC693F"/>
    <w:rPr>
      <w:i/>
      <w:iCs/>
      <w:color w:val="808080" w:themeColor="text1" w:themeTint="7F"/>
    </w:rPr>
  </w:style>
  <w:style w:type="character" w:styleId="Jakoisticanje">
    <w:name w:val="Intense Emphasis"/>
    <w:basedOn w:val="Zadanifontodlomka"/>
    <w:uiPriority w:val="21"/>
    <w:qFormat/>
    <w:rsid w:val="00FC693F"/>
    <w:rPr>
      <w:b/>
      <w:bCs/>
      <w:i/>
      <w:iCs/>
      <w:color w:val="4F81BD" w:themeColor="accent1"/>
    </w:rPr>
  </w:style>
  <w:style w:type="character" w:styleId="Neupadljivareferenca">
    <w:name w:val="Subtle Reference"/>
    <w:basedOn w:val="Zadanifontodlomka"/>
    <w:uiPriority w:val="31"/>
    <w:qFormat/>
    <w:rsid w:val="00FC693F"/>
    <w:rPr>
      <w:smallCaps/>
      <w:color w:val="C0504D" w:themeColor="accent2"/>
      <w:u w:val="single"/>
    </w:rPr>
  </w:style>
  <w:style w:type="character" w:styleId="Istaknutareferenca">
    <w:name w:val="Intense Reference"/>
    <w:basedOn w:val="Zadanifontodlomka"/>
    <w:uiPriority w:val="32"/>
    <w:qFormat/>
    <w:rsid w:val="00FC693F"/>
    <w:rPr>
      <w:b/>
      <w:bCs/>
      <w:smallCaps/>
      <w:color w:val="C0504D" w:themeColor="accent2"/>
      <w:spacing w:val="5"/>
      <w:u w:val="single"/>
    </w:rPr>
  </w:style>
  <w:style w:type="character" w:styleId="Naslovknjige">
    <w:name w:val="Book Title"/>
    <w:basedOn w:val="Zadanifontodlomka"/>
    <w:uiPriority w:val="33"/>
    <w:qFormat/>
    <w:rsid w:val="00FC693F"/>
    <w:rPr>
      <w:b/>
      <w:bCs/>
      <w:smallCaps/>
      <w:spacing w:val="5"/>
    </w:rPr>
  </w:style>
  <w:style w:type="paragraph" w:styleId="TOCNaslov">
    <w:name w:val="TOC Heading"/>
    <w:basedOn w:val="Naslov1"/>
    <w:next w:val="Normal"/>
    <w:uiPriority w:val="39"/>
    <w:semiHidden/>
    <w:unhideWhenUsed/>
    <w:qFormat/>
    <w:rsid w:val="00FC693F"/>
    <w:pPr>
      <w:outlineLvl w:val="9"/>
    </w:pPr>
  </w:style>
  <w:style w:type="table" w:styleId="Reetkatablice">
    <w:name w:val="Table Grid"/>
    <w:basedOn w:val="Obinatablic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osjenanje">
    <w:name w:val="Light Shading"/>
    <w:basedOn w:val="Obinatablic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ijetlosjenanje-Isticanje1">
    <w:name w:val="Light Shading Accent 1"/>
    <w:basedOn w:val="Obinatablic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ijetlosjenanje-Isticanje2">
    <w:name w:val="Light Shading Accent 2"/>
    <w:basedOn w:val="Obinatablic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ijetlosjenanje-Isticanje3">
    <w:name w:val="Light Shading Accent 3"/>
    <w:basedOn w:val="Obinatablic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ijetlosjenanje-Isticanje4">
    <w:name w:val="Light Shading Accent 4"/>
    <w:basedOn w:val="Obinatablic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ijetlosjenanje-Isticanje5">
    <w:name w:val="Light Shading Accent 5"/>
    <w:basedOn w:val="Obinatablic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ijetlosjenanje-Isticanje6">
    <w:name w:val="Light Shading Accent 6"/>
    <w:basedOn w:val="Obinatablic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ijetlipopis">
    <w:name w:val="Light List"/>
    <w:basedOn w:val="Obinatablic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ijetlipopis-Isticanje1">
    <w:name w:val="Light List Accent 1"/>
    <w:basedOn w:val="Obinatablic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ijetlipopis-Isticanje2">
    <w:name w:val="Light List Accent 2"/>
    <w:basedOn w:val="Obinatablic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ijetlipopis-Isticanje3">
    <w:name w:val="Light List Accent 3"/>
    <w:basedOn w:val="Obinatablic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ijetlipopis-Isticanje4">
    <w:name w:val="Light List Accent 4"/>
    <w:basedOn w:val="Obinatablic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ijetlipopis-Isticanje5">
    <w:name w:val="Light List Accent 5"/>
    <w:basedOn w:val="Obinatablic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rednjipopis-Isticanje6">
    <w:name w:val="Light List Accent 6"/>
    <w:basedOn w:val="Obinatablic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ijetlareetka">
    <w:name w:val="Light Grid"/>
    <w:basedOn w:val="Obinatablic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ijetlareetka-Isticanje1">
    <w:name w:val="Light Grid Accent 1"/>
    <w:basedOn w:val="Obinatablic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ijetlareetka-Isticanje2">
    <w:name w:val="Light Grid Accent 2"/>
    <w:basedOn w:val="Obinatablic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ijetlareetka-Isticanje3">
    <w:name w:val="Light Grid Accent 3"/>
    <w:basedOn w:val="Obinatablic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ijetlareetka-Isticanje4">
    <w:name w:val="Light Grid Accent 4"/>
    <w:basedOn w:val="Obinatablic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ijetlareetka-Isticanje5">
    <w:name w:val="Light Grid Accent 5"/>
    <w:basedOn w:val="Obinatablic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rednjareetka-Isticanje6">
    <w:name w:val="Light Grid Accent 6"/>
    <w:basedOn w:val="Obinatablic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jenanje1">
    <w:name w:val="Medium Shading 1"/>
    <w:basedOn w:val="Obinatablic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jenanje1-Isticanje1">
    <w:name w:val="Medium Shading 1 Accent 1"/>
    <w:basedOn w:val="Obinatablic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jenanje1-Isticanje2">
    <w:name w:val="Medium Shading 1 Accent 2"/>
    <w:basedOn w:val="Obinatablic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jenanje1-Isticanje3">
    <w:name w:val="Medium Shading 1 Accent 3"/>
    <w:basedOn w:val="Obinatablic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jenanje1-Isticanje4">
    <w:name w:val="Medium Shading 1 Accent 4"/>
    <w:basedOn w:val="Obinatablic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jenanje1-Isticanje5">
    <w:name w:val="Medium Shading 1 Accent 5"/>
    <w:basedOn w:val="Obinatablic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jenanje1-Isticanje6">
    <w:name w:val="Medium Shading 1 Accent 6"/>
    <w:basedOn w:val="Obinatablic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jenanje2">
    <w:name w:val="Medium Shading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1">
    <w:name w:val="Medium Shading 2 Accent 1"/>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2">
    <w:name w:val="Medium Shading 2 Accent 2"/>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3">
    <w:name w:val="Medium Shading 2 Accent 3"/>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4">
    <w:name w:val="Medium Shading 2 Accent 4"/>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5">
    <w:name w:val="Medium Shading 2 Accent 5"/>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jenanje2-Isticanje6">
    <w:name w:val="Medium Shading 2 Accent 6"/>
    <w:basedOn w:val="Obinatablic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ipopis1">
    <w:name w:val="Medium List 1"/>
    <w:basedOn w:val="Obinatablic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ipopis1-Isticanje1">
    <w:name w:val="Medium List 1 Accent 1"/>
    <w:basedOn w:val="Obinatablic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ipopis1-Isticanje2">
    <w:name w:val="Medium List 1 Accent 2"/>
    <w:basedOn w:val="Obinatablic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ipopis1-Isticanje3">
    <w:name w:val="Medium List 1 Accent 3"/>
    <w:basedOn w:val="Obinatablic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ipopis1-Isticanje4">
    <w:name w:val="Medium List 1 Accent 4"/>
    <w:basedOn w:val="Obinatablic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ipopis1-Isticanje5">
    <w:name w:val="Medium List 1 Accent 5"/>
    <w:basedOn w:val="Obinatablic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ipopis1-Isticanje6">
    <w:name w:val="Medium List 1 Accent 6"/>
    <w:basedOn w:val="Obinatablic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ipopis2">
    <w:name w:val="Medium Lis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1">
    <w:name w:val="Medium List 2 Accent 1"/>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2">
    <w:name w:val="Medium List 2 Accent 2"/>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3">
    <w:name w:val="Medium List 2 Accent 3"/>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4">
    <w:name w:val="Medium List 2 Accent 4"/>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5">
    <w:name w:val="Medium List 2 Accent 5"/>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ipopis2-Isticanje6">
    <w:name w:val="Medium List 2 Accent 6"/>
    <w:basedOn w:val="Obinatablic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reetka1">
    <w:name w:val="Medium Grid 1"/>
    <w:basedOn w:val="Obinatablic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reetka1-Isticanje1">
    <w:name w:val="Medium Grid 1 Accent 1"/>
    <w:basedOn w:val="Obinatablic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reetka1-Isticanje2">
    <w:name w:val="Medium Grid 1 Accent 2"/>
    <w:basedOn w:val="Obinatablic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reetka1-Isticanje3">
    <w:name w:val="Medium Grid 1 Accent 3"/>
    <w:basedOn w:val="Obinatablic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reetka1-Isticanje4">
    <w:name w:val="Medium Grid 1 Accent 4"/>
    <w:basedOn w:val="Obinatablic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reetka1-Isticanje5">
    <w:name w:val="Medium Grid 1 Accent 5"/>
    <w:basedOn w:val="Obinatablic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reetka1-Isticanje6">
    <w:name w:val="Medium Grid 1 Accent 6"/>
    <w:basedOn w:val="Obinatablic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reetka2">
    <w:name w:val="Medium Grid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reetka2-Isticanje1">
    <w:name w:val="Medium Grid 2 Accent 1"/>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reetka2-Isticanje2">
    <w:name w:val="Medium Grid 2 Accent 2"/>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reetka2-Isticanje3">
    <w:name w:val="Medium Grid 2 Accent 3"/>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reetka2-Isticanje4">
    <w:name w:val="Medium Grid 2 Accent 4"/>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reetka2-Isticanje5">
    <w:name w:val="Medium Grid 2 Accent 5"/>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reetka2-Isticanje6">
    <w:name w:val="Medium Grid 2 Accent 6"/>
    <w:basedOn w:val="Obinatablic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reetka3">
    <w:name w:val="Medium Grid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reetka3-Isticanje1">
    <w:name w:val="Medium Grid 3 Accent 1"/>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reetka3-Isticanje2">
    <w:name w:val="Medium Grid 3 Accent 2"/>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reetka3-Isticanje3">
    <w:name w:val="Medium Grid 3 Accent 3"/>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reetka3-Isticanje4">
    <w:name w:val="Medium Grid 3 Accent 4"/>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reetka3-Isticanje5">
    <w:name w:val="Medium Grid 3 Accent 5"/>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reetka3-Isticanje6">
    <w:name w:val="Medium Grid 3 Accent 6"/>
    <w:basedOn w:val="Obinatablic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ipopis">
    <w:name w:val="Dark List"/>
    <w:basedOn w:val="Obinatablic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ipopis-Isticanje1">
    <w:name w:val="Dark List Accent 1"/>
    <w:basedOn w:val="Obinatablic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ipopis-Isticanje2">
    <w:name w:val="Dark List Accent 2"/>
    <w:basedOn w:val="Obinatablic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ipopis-Isticanje3">
    <w:name w:val="Dark List Accent 3"/>
    <w:basedOn w:val="Obinatablic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ipopis-Isticanje4">
    <w:name w:val="Dark List Accent 4"/>
    <w:basedOn w:val="Obinatablic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ipopis-Isticanje5">
    <w:name w:val="Dark List Accent 5"/>
    <w:basedOn w:val="Obinatablic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ipopis-Isticanje6">
    <w:name w:val="Dark List Accent 6"/>
    <w:basedOn w:val="Obinatablic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anosjenanje">
    <w:name w:val="Colorful Shading"/>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anosjenanje-Isticanje1">
    <w:name w:val="Colorful Shading Accent 1"/>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jenanjeuboji-Isticanje2">
    <w:name w:val="Colorful Shading Accent 2"/>
    <w:basedOn w:val="Obinatablic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anosjenanje-Isticanje3">
    <w:name w:val="Colorful Shading Accent 3"/>
    <w:basedOn w:val="Obinatablic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anosjenanje-Isticanje4">
    <w:name w:val="Colorful Shading Accent 4"/>
    <w:basedOn w:val="Obinatablic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anosjenanje-Isticanje5">
    <w:name w:val="Colorful Shading Accent 5"/>
    <w:basedOn w:val="Obinatablic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anosjenanje-Isticanje6">
    <w:name w:val="Colorful Shading Accent 6"/>
    <w:basedOn w:val="Obinatablic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anipopis">
    <w:name w:val="Colorful List"/>
    <w:basedOn w:val="Obinatablic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anipopis-Isticanje1">
    <w:name w:val="Colorful List Accent 1"/>
    <w:basedOn w:val="Obinatablic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anopopis-Isticanje2">
    <w:name w:val="Colorful List Accent 2"/>
    <w:basedOn w:val="Obinatablic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anipopis-Isticanje3">
    <w:name w:val="Colorful List Accent 3"/>
    <w:basedOn w:val="Obinatablic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anipopis-Isticanje4">
    <w:name w:val="Colorful List Accent 4"/>
    <w:basedOn w:val="Obinatablic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anipopis-Isticanje5">
    <w:name w:val="Colorful List Accent 5"/>
    <w:basedOn w:val="Obinatablic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anipopis-Isticanje6">
    <w:name w:val="Colorful List Accent 6"/>
    <w:basedOn w:val="Obinatablic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anareetka">
    <w:name w:val="Colorful Grid"/>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anareetka-Isticanje1">
    <w:name w:val="Colorful Grid Accent 1"/>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anoreetka-Isticanje2">
    <w:name w:val="Colorful Grid Accent 2"/>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anareetka-Isticanje3">
    <w:name w:val="Colorful Grid Accent 3"/>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anareetka-Isticanje4">
    <w:name w:val="Colorful Grid Accent 4"/>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anareetka-Isticanje5">
    <w:name w:val="Colorful Grid Accent 5"/>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anareetka-Isticanje6">
    <w:name w:val="Colorful Grid Accent 6"/>
    <w:basedOn w:val="Obinatablic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aslovAkta">
    <w:name w:val="NaslovAkta"/>
    <w:pPr>
      <w:spacing w:after="100"/>
      <w:jc w:val="center"/>
    </w:pPr>
    <w:rPr>
      <w:rFonts w:ascii="Arial" w:eastAsia="Arial" w:hAnsi="Arial"/>
      <w:b/>
      <w:sz w:val="28"/>
    </w:rPr>
  </w:style>
  <w:style w:type="paragraph" w:customStyle="1" w:styleId="PodnaslovAkta">
    <w:name w:val="PodnaslovAkta"/>
    <w:pPr>
      <w:spacing w:after="100"/>
      <w:jc w:val="center"/>
    </w:pPr>
    <w:rPr>
      <w:rFonts w:ascii="Arial" w:eastAsia="Arial" w:hAnsi="Arial"/>
      <w:b/>
      <w:sz w:val="24"/>
    </w:rPr>
  </w:style>
  <w:style w:type="paragraph" w:customStyle="1" w:styleId="Glava">
    <w:name w:val="Glava"/>
    <w:pPr>
      <w:spacing w:after="100"/>
      <w:jc w:val="center"/>
    </w:pPr>
    <w:rPr>
      <w:rFonts w:ascii="Arial" w:eastAsia="Arial" w:hAnsi="Arial"/>
      <w:b/>
    </w:rPr>
  </w:style>
  <w:style w:type="paragraph" w:customStyle="1" w:styleId="ClanakNaslov">
    <w:name w:val="ClanakNaslov"/>
    <w:pPr>
      <w:spacing w:after="100"/>
      <w:jc w:val="center"/>
    </w:pPr>
    <w:rPr>
      <w:rFonts w:ascii="Arial" w:eastAsia="Arial" w:hAnsi="Arial"/>
      <w:b/>
      <w:sz w:val="21"/>
    </w:rPr>
  </w:style>
  <w:style w:type="paragraph" w:customStyle="1" w:styleId="Napomena">
    <w:name w:val="Napomena"/>
    <w:pPr>
      <w:spacing w:after="100"/>
    </w:pPr>
    <w:rPr>
      <w:rFonts w:ascii="Arial" w:eastAsia="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5249</Words>
  <Characters>29923</Characters>
  <Application>Microsoft Office Word</Application>
  <DocSecurity>0</DocSecurity>
  <Lines>249</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Pravilnik o provedbi postupaka jednostavne nabave Općine Bol - prijedlog</vt:lpstr>
      <vt:lpstr/>
    </vt:vector>
  </TitlesOfParts>
  <Manager/>
  <Company/>
  <LinksUpToDate>false</LinksUpToDate>
  <CharactersWithSpaces>35102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Pravilnik o provedbi postupaka jednostavne nabave Općine Bol - prijedlog</dc:title>
  <dc:subject/>
  <dc:creator>OpenAI</dc:creator>
  <cp:keywords/>
  <dc:description>generated by python-docx</dc:description>
  <cp:lastModifiedBy>Općina Bol</cp:lastModifiedBy>
  <cp:revision>2</cp:revision>
  <dcterms:created xsi:type="dcterms:W3CDTF">2026-06-16T11:40:00Z</dcterms:created>
  <dcterms:modified xsi:type="dcterms:W3CDTF">2026-06-16T11:40:00Z</dcterms:modified>
  <cp:category/>
</cp:coreProperties>
</file>